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E3E" w:rsidRDefault="001C5E3E">
      <w:pPr>
        <w:jc w:val="center"/>
        <w:rPr>
          <w:rFonts w:ascii="Times New Roman" w:hAnsi="Times New Roman" w:cs="Times New Roman"/>
          <w:b/>
          <w:color w:val="143756"/>
          <w:sz w:val="36"/>
          <w:lang w:val="ru-RU"/>
        </w:rPr>
      </w:pPr>
    </w:p>
    <w:p w:rsidR="00DC1D90" w:rsidRPr="000955E1" w:rsidRDefault="00F6669E">
      <w:pPr>
        <w:jc w:val="center"/>
        <w:rPr>
          <w:rFonts w:ascii="Times New Roman" w:hAnsi="Times New Roman" w:cs="Times New Roman"/>
          <w:lang w:val="ru-RU"/>
        </w:rPr>
      </w:pPr>
      <w:r w:rsidRPr="000955E1">
        <w:rPr>
          <w:rFonts w:ascii="Times New Roman" w:hAnsi="Times New Roman" w:cs="Times New Roman"/>
          <w:b/>
          <w:color w:val="143756"/>
          <w:sz w:val="36"/>
          <w:lang w:val="ru-RU"/>
        </w:rPr>
        <w:t>ДЕЛОВАЯ ПРОГРАММА</w:t>
      </w:r>
    </w:p>
    <w:p w:rsidR="00DC1D90" w:rsidRPr="000955E1" w:rsidRDefault="00F6669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955E1">
        <w:rPr>
          <w:rFonts w:ascii="Times New Roman" w:hAnsi="Times New Roman" w:cs="Times New Roman"/>
          <w:b/>
          <w:sz w:val="28"/>
          <w:szCs w:val="28"/>
          <w:lang w:val="ru-RU"/>
        </w:rPr>
        <w:t>Отраслевой день Минстроя России</w:t>
      </w:r>
    </w:p>
    <w:p w:rsidR="00DC1D90" w:rsidRPr="000955E1" w:rsidRDefault="00EE4300">
      <w:pPr>
        <w:spacing w:after="60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i/>
          <w:sz w:val="36"/>
          <w:szCs w:val="36"/>
          <w:lang w:val="ru-RU"/>
        </w:rPr>
        <w:t>«Родина –</w:t>
      </w:r>
      <w:r w:rsidR="00F6669E" w:rsidRPr="000955E1">
        <w:rPr>
          <w:rFonts w:ascii="Times New Roman" w:hAnsi="Times New Roman" w:cs="Times New Roman"/>
          <w:b/>
          <w:i/>
          <w:sz w:val="36"/>
          <w:szCs w:val="36"/>
          <w:lang w:val="ru-RU"/>
        </w:rPr>
        <w:t xml:space="preserve"> это служение. Качественное жильё и транспортная инфраструктура»</w:t>
      </w:r>
    </w:p>
    <w:p w:rsidR="000955E1" w:rsidRPr="001603CC" w:rsidRDefault="00F6669E" w:rsidP="001603CC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955E1">
        <w:rPr>
          <w:rFonts w:ascii="Times New Roman" w:hAnsi="Times New Roman" w:cs="Times New Roman"/>
          <w:b/>
          <w:sz w:val="28"/>
          <w:szCs w:val="28"/>
          <w:lang w:val="ru-RU"/>
        </w:rPr>
        <w:t xml:space="preserve">22 октября 2026 </w:t>
      </w:r>
      <w:r w:rsidR="000955E1" w:rsidRPr="000955E1">
        <w:rPr>
          <w:rFonts w:ascii="Times New Roman" w:hAnsi="Times New Roman" w:cs="Times New Roman"/>
          <w:b/>
          <w:sz w:val="28"/>
          <w:szCs w:val="28"/>
          <w:lang w:val="ru-RU"/>
        </w:rPr>
        <w:t>года | Москва</w:t>
      </w:r>
      <w:r w:rsidRPr="000955E1">
        <w:rPr>
          <w:rFonts w:ascii="Times New Roman" w:hAnsi="Times New Roman" w:cs="Times New Roman"/>
          <w:b/>
          <w:sz w:val="28"/>
          <w:szCs w:val="28"/>
          <w:lang w:val="ru-RU"/>
        </w:rPr>
        <w:t>, Национальный центр «Россия»</w:t>
      </w:r>
    </w:p>
    <w:tbl>
      <w:tblPr>
        <w:tblW w:w="14914" w:type="dxa"/>
        <w:jc w:val="center"/>
        <w:tblBorders>
          <w:top w:val="single" w:sz="4" w:space="0" w:color="B7C9D8"/>
          <w:left w:val="single" w:sz="4" w:space="0" w:color="B7C9D8"/>
          <w:bottom w:val="single" w:sz="4" w:space="0" w:color="B7C9D8"/>
          <w:right w:val="single" w:sz="4" w:space="0" w:color="B7C9D8"/>
          <w:insideH w:val="single" w:sz="4" w:space="0" w:color="B7C9D8"/>
          <w:insideV w:val="single" w:sz="4" w:space="0" w:color="B7C9D8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723"/>
        <w:gridCol w:w="2724"/>
        <w:gridCol w:w="2916"/>
        <w:gridCol w:w="2835"/>
        <w:gridCol w:w="2728"/>
      </w:tblGrid>
      <w:tr w:rsidR="00294BCB" w:rsidRPr="00EE4300" w:rsidTr="00593663">
        <w:trPr>
          <w:cantSplit/>
          <w:tblHeader/>
          <w:jc w:val="center"/>
        </w:trPr>
        <w:tc>
          <w:tcPr>
            <w:tcW w:w="988" w:type="dxa"/>
            <w:shd w:val="clear" w:color="auto" w:fill="163B5C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294BCB" w:rsidRPr="009E5631" w:rsidRDefault="00294BC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723" w:type="dxa"/>
            <w:shd w:val="clear" w:color="auto" w:fill="163B5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94BCB" w:rsidRPr="00A675EC" w:rsidRDefault="00294BCB" w:rsidP="00294B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75EC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ru-RU"/>
              </w:rPr>
              <w:t>КОНГРЕСС – ЗАЛ</w:t>
            </w:r>
          </w:p>
        </w:tc>
        <w:tc>
          <w:tcPr>
            <w:tcW w:w="2724" w:type="dxa"/>
            <w:shd w:val="clear" w:color="auto" w:fill="163B5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94BCB" w:rsidRPr="00A675EC" w:rsidRDefault="00294BCB" w:rsidP="00294BCB">
            <w:pPr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ru-RU"/>
              </w:rPr>
            </w:pPr>
            <w:r w:rsidRPr="00A675EC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ru-RU"/>
              </w:rPr>
              <w:t>КОНФЕРЕНЦ – ЗАЛ</w:t>
            </w:r>
          </w:p>
          <w:p w:rsidR="00294BCB" w:rsidRPr="00A675EC" w:rsidRDefault="00294BCB" w:rsidP="00294B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75EC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ru-RU"/>
              </w:rPr>
              <w:t>№ 2</w:t>
            </w:r>
          </w:p>
        </w:tc>
        <w:tc>
          <w:tcPr>
            <w:tcW w:w="2916" w:type="dxa"/>
            <w:shd w:val="clear" w:color="auto" w:fill="163B5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94BCB" w:rsidRPr="00A675EC" w:rsidRDefault="00D25FEF" w:rsidP="00294B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ru-RU"/>
              </w:rPr>
              <w:t>МАЛЫЙ ЗАЛ</w:t>
            </w:r>
          </w:p>
        </w:tc>
        <w:tc>
          <w:tcPr>
            <w:tcW w:w="2835" w:type="dxa"/>
            <w:shd w:val="clear" w:color="auto" w:fill="163B5C"/>
            <w:vAlign w:val="center"/>
          </w:tcPr>
          <w:p w:rsidR="00294BCB" w:rsidRPr="00A675EC" w:rsidRDefault="00D25FEF" w:rsidP="00294BCB">
            <w:pPr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ru-RU"/>
              </w:rPr>
              <w:t>ЗАЛ ПРЕСС – МЕРОПРИЯТИЙ</w:t>
            </w:r>
          </w:p>
        </w:tc>
        <w:tc>
          <w:tcPr>
            <w:tcW w:w="2728" w:type="dxa"/>
            <w:shd w:val="clear" w:color="auto" w:fill="163B5C"/>
            <w:vAlign w:val="center"/>
          </w:tcPr>
          <w:p w:rsidR="00294BCB" w:rsidRPr="00A675EC" w:rsidRDefault="00D25FEF" w:rsidP="00294BCB">
            <w:pPr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ru-RU"/>
              </w:rPr>
              <w:t>ДЕЛОВАЯ ГОСТИНАЯ</w:t>
            </w:r>
          </w:p>
        </w:tc>
      </w:tr>
      <w:tr w:rsidR="00294BCB" w:rsidRPr="00434063" w:rsidTr="00A97BAE">
        <w:trPr>
          <w:cantSplit/>
          <w:jc w:val="center"/>
        </w:trPr>
        <w:tc>
          <w:tcPr>
            <w:tcW w:w="988" w:type="dxa"/>
            <w:shd w:val="clear" w:color="auto" w:fill="EAF1F6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294BCB" w:rsidRPr="00C45D2E" w:rsidRDefault="00294B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</w:rPr>
              <w:t>09:00–10:00</w:t>
            </w:r>
          </w:p>
        </w:tc>
        <w:tc>
          <w:tcPr>
            <w:tcW w:w="13926" w:type="dxa"/>
            <w:gridSpan w:val="5"/>
            <w:shd w:val="clear" w:color="auto" w:fill="F7F9FB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294BCB" w:rsidRPr="00434063" w:rsidRDefault="00294BCB" w:rsidP="00294BCB">
            <w:pPr>
              <w:pStyle w:val="Prog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34063">
              <w:rPr>
                <w:rFonts w:ascii="Times New Roman" w:hAnsi="Times New Roman" w:cs="Times New Roman"/>
                <w:b w:val="0"/>
                <w:sz w:val="28"/>
                <w:szCs w:val="28"/>
              </w:rPr>
              <w:t>Регистрация участников, приветственный кофе</w:t>
            </w:r>
          </w:p>
        </w:tc>
      </w:tr>
      <w:tr w:rsidR="00294BCB" w:rsidRPr="00434063" w:rsidTr="00593663">
        <w:trPr>
          <w:cantSplit/>
          <w:tblHeader/>
          <w:jc w:val="center"/>
        </w:trPr>
        <w:tc>
          <w:tcPr>
            <w:tcW w:w="988" w:type="dxa"/>
            <w:shd w:val="clear" w:color="auto" w:fill="163B5C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294BCB" w:rsidRPr="009E5631" w:rsidRDefault="00294BCB" w:rsidP="001F2C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723" w:type="dxa"/>
            <w:shd w:val="clear" w:color="auto" w:fill="163B5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94BCB" w:rsidRPr="00A675EC" w:rsidRDefault="00294BCB" w:rsidP="00294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EC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КОНГРЕСС </w:t>
            </w:r>
            <w:r w:rsidRPr="00A675EC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ru-RU"/>
              </w:rPr>
              <w:t xml:space="preserve">– </w:t>
            </w:r>
            <w:r w:rsidRPr="00A675EC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ЗАЛ</w:t>
            </w:r>
          </w:p>
        </w:tc>
        <w:tc>
          <w:tcPr>
            <w:tcW w:w="2724" w:type="dxa"/>
            <w:shd w:val="clear" w:color="auto" w:fill="163B5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94BCB" w:rsidRPr="00A675EC" w:rsidRDefault="00294BCB" w:rsidP="00294BCB">
            <w:pPr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ru-RU"/>
              </w:rPr>
            </w:pPr>
            <w:r w:rsidRPr="00A675EC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ru-RU"/>
              </w:rPr>
              <w:t>КОНФЕРЕНЦ – ЗАЛ</w:t>
            </w:r>
          </w:p>
          <w:p w:rsidR="00294BCB" w:rsidRPr="00A675EC" w:rsidRDefault="00294BCB" w:rsidP="00294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EC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ru-RU"/>
              </w:rPr>
              <w:t>№ 2</w:t>
            </w:r>
          </w:p>
        </w:tc>
        <w:tc>
          <w:tcPr>
            <w:tcW w:w="2916" w:type="dxa"/>
            <w:shd w:val="clear" w:color="auto" w:fill="163B5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94BCB" w:rsidRPr="00A675EC" w:rsidRDefault="00D25FEF" w:rsidP="00294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ru-RU"/>
              </w:rPr>
              <w:t>МАЛЫЙ ЗАЛ</w:t>
            </w:r>
          </w:p>
        </w:tc>
        <w:tc>
          <w:tcPr>
            <w:tcW w:w="2835" w:type="dxa"/>
            <w:shd w:val="clear" w:color="auto" w:fill="163B5C"/>
            <w:vAlign w:val="center"/>
          </w:tcPr>
          <w:p w:rsidR="00294BCB" w:rsidRPr="00A675EC" w:rsidRDefault="00D25FEF" w:rsidP="00294BCB">
            <w:pPr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ru-RU"/>
              </w:rPr>
              <w:t>ЗАЛ ПРЕСС – МЕРОПРИЯТИЙ</w:t>
            </w:r>
          </w:p>
        </w:tc>
        <w:tc>
          <w:tcPr>
            <w:tcW w:w="2728" w:type="dxa"/>
            <w:shd w:val="clear" w:color="auto" w:fill="163B5C"/>
            <w:vAlign w:val="center"/>
          </w:tcPr>
          <w:p w:rsidR="00294BCB" w:rsidRPr="00A675EC" w:rsidRDefault="00D25FEF" w:rsidP="00D25FEF">
            <w:pPr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ru-RU"/>
              </w:rPr>
              <w:t>ДЕЛОВАЯ ГОСТИННАЯ</w:t>
            </w:r>
          </w:p>
        </w:tc>
      </w:tr>
      <w:tr w:rsidR="00D25FEF" w:rsidRPr="00294BCB" w:rsidTr="00593663">
        <w:trPr>
          <w:jc w:val="center"/>
        </w:trPr>
        <w:tc>
          <w:tcPr>
            <w:tcW w:w="988" w:type="dxa"/>
            <w:shd w:val="clear" w:color="auto" w:fill="EAF1F6"/>
            <w:tcMar>
              <w:top w:w="100" w:type="dxa"/>
              <w:left w:w="70" w:type="dxa"/>
              <w:bottom w:w="80" w:type="dxa"/>
              <w:right w:w="70" w:type="dxa"/>
            </w:tcMar>
          </w:tcPr>
          <w:p w:rsidR="00D25FEF" w:rsidRPr="00C45D2E" w:rsidRDefault="00D25FEF" w:rsidP="00D25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</w:rPr>
              <w:t>10:00–11:30</w:t>
            </w:r>
          </w:p>
        </w:tc>
        <w:tc>
          <w:tcPr>
            <w:tcW w:w="272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25FEF" w:rsidRPr="00332DE8" w:rsidRDefault="00D25FEF" w:rsidP="00D25FEF">
            <w:pPr>
              <w:pStyle w:val="ProgTyp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Открытая дискуссия</w:t>
            </w:r>
          </w:p>
          <w:p w:rsidR="00D25FEF" w:rsidRPr="00332DE8" w:rsidRDefault="00D25FEF" w:rsidP="00D25FEF">
            <w:pPr>
              <w:pStyle w:val="ProgTitle"/>
              <w:spacing w:after="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«Жильё и инфраструктура»</w:t>
            </w:r>
          </w:p>
          <w:p w:rsidR="00D25FEF" w:rsidRPr="00332DE8" w:rsidRDefault="00D25FEF" w:rsidP="00D25FEF">
            <w:pPr>
              <w:pStyle w:val="ProgBody"/>
              <w:spacing w:after="8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Сессия по вопросам строительства жилья и социальной инфраструктуры.</w:t>
            </w:r>
          </w:p>
          <w:p w:rsidR="00D25FEF" w:rsidRPr="00332DE8" w:rsidRDefault="00D25FEF" w:rsidP="00D25FEF">
            <w:pPr>
              <w:pStyle w:val="ProgBody"/>
              <w:spacing w:after="8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D25FEF" w:rsidRPr="00332DE8" w:rsidRDefault="00D25FEF" w:rsidP="00D25FEF">
            <w:pPr>
              <w:pStyle w:val="ProgLabel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Модератор:</w:t>
            </w:r>
          </w:p>
          <w:p w:rsidR="00D25FEF" w:rsidRPr="00332DE8" w:rsidRDefault="00D25FEF" w:rsidP="00D25FEF">
            <w:pPr>
              <w:pStyle w:val="ProgLabel"/>
              <w:spacing w:after="0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Уточняется</w:t>
            </w:r>
          </w:p>
          <w:p w:rsidR="00D25FEF" w:rsidRPr="00332DE8" w:rsidRDefault="00D25FEF" w:rsidP="00D25FEF">
            <w:pPr>
              <w:pStyle w:val="ProgLabel"/>
              <w:spacing w:after="0"/>
              <w:ind w:right="-140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</w:p>
          <w:p w:rsidR="00D25FEF" w:rsidRPr="00332DE8" w:rsidRDefault="00D25FEF" w:rsidP="00D25FEF">
            <w:pPr>
              <w:pStyle w:val="ProgLabel"/>
              <w:spacing w:after="0"/>
              <w:ind w:right="-140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Спикеры: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</w:p>
          <w:p w:rsidR="00D25FEF" w:rsidRPr="00332DE8" w:rsidRDefault="00D25FEF" w:rsidP="00D25FEF">
            <w:pPr>
              <w:pStyle w:val="ProgLabel"/>
              <w:numPr>
                <w:ilvl w:val="0"/>
                <w:numId w:val="10"/>
              </w:numPr>
              <w:spacing w:after="0"/>
              <w:ind w:left="0" w:right="-140" w:hanging="198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proofErr w:type="spellStart"/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Стасишин</w:t>
            </w:r>
            <w:proofErr w:type="spellEnd"/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Никита Евгеньевич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– </w:t>
            </w:r>
            <w:r w:rsidRPr="00332DE8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  <w:lang w:val="ru-RU"/>
              </w:rPr>
              <w:t>заместитель Министра строительства и жилищно-коммунального хозяйства Российской Федерации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;</w:t>
            </w:r>
          </w:p>
          <w:p w:rsidR="00D25FEF" w:rsidRPr="00332DE8" w:rsidRDefault="00D25FEF" w:rsidP="00D25FEF">
            <w:pPr>
              <w:pStyle w:val="ProgLabel"/>
              <w:numPr>
                <w:ilvl w:val="0"/>
                <w:numId w:val="10"/>
              </w:numPr>
              <w:spacing w:after="0"/>
              <w:ind w:left="0" w:right="-140" w:hanging="198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Глушков Антон Николаевич 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– президент 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lastRenderedPageBreak/>
              <w:t>Ассоциации «Национальное объединение строителей»;</w:t>
            </w:r>
          </w:p>
          <w:p w:rsidR="00D25FEF" w:rsidRPr="00594800" w:rsidRDefault="00D25FEF" w:rsidP="00D25FEF">
            <w:pPr>
              <w:pStyle w:val="ProgLabel"/>
              <w:numPr>
                <w:ilvl w:val="0"/>
                <w:numId w:val="10"/>
              </w:numPr>
              <w:spacing w:after="0"/>
              <w:ind w:left="0" w:right="-140" w:hanging="198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Представитель ПАО «СБЕР» 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– уточняется;</w:t>
            </w:r>
          </w:p>
          <w:p w:rsidR="00D25FEF" w:rsidRPr="00332DE8" w:rsidRDefault="00D25FEF" w:rsidP="00D25FEF">
            <w:pPr>
              <w:pStyle w:val="ProgLabel"/>
              <w:numPr>
                <w:ilvl w:val="0"/>
                <w:numId w:val="10"/>
              </w:numPr>
              <w:spacing w:after="0"/>
              <w:ind w:left="0" w:right="-140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Степанов Максим Сергеевич – </w:t>
            </w:r>
            <w:r w:rsidRPr="00332DE8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  <w:lang w:val="ru-RU"/>
              </w:rPr>
              <w:t>генеральный директор Московского фонда реновации жилой застройки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;</w:t>
            </w:r>
          </w:p>
          <w:p w:rsidR="00D25FEF" w:rsidRPr="00332DE8" w:rsidRDefault="00D25FEF" w:rsidP="00D25FEF">
            <w:pPr>
              <w:pStyle w:val="ProgLabel"/>
              <w:numPr>
                <w:ilvl w:val="0"/>
                <w:numId w:val="10"/>
              </w:numPr>
              <w:spacing w:after="0"/>
              <w:ind w:left="0" w:right="-140" w:hanging="198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Представитель муниципального образования 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– уточняется;</w:t>
            </w:r>
          </w:p>
          <w:p w:rsidR="00D25FEF" w:rsidRPr="00332DE8" w:rsidRDefault="00D25FEF" w:rsidP="00D25FEF">
            <w:pPr>
              <w:pStyle w:val="ProgLabel"/>
              <w:numPr>
                <w:ilvl w:val="0"/>
                <w:numId w:val="10"/>
              </w:numPr>
              <w:spacing w:after="0"/>
              <w:ind w:left="0" w:right="-140" w:hanging="198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Представитель компании девелопера 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– уточняется;</w:t>
            </w:r>
          </w:p>
          <w:p w:rsidR="00D25FEF" w:rsidRPr="00332DE8" w:rsidRDefault="00D25FEF" w:rsidP="00D25FEF">
            <w:pPr>
              <w:pStyle w:val="ProgLabel"/>
              <w:numPr>
                <w:ilvl w:val="0"/>
                <w:numId w:val="10"/>
              </w:numPr>
              <w:spacing w:after="0"/>
              <w:ind w:left="0" w:right="-140" w:hanging="198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Представитель компании девелопера 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– уточняется.</w:t>
            </w:r>
          </w:p>
          <w:p w:rsidR="00D25FEF" w:rsidRPr="00332DE8" w:rsidRDefault="00D25FEF" w:rsidP="00D25FEF">
            <w:pPr>
              <w:pStyle w:val="ProgLabel"/>
              <w:spacing w:after="0"/>
              <w:ind w:right="-140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</w:p>
          <w:p w:rsidR="00D25FEF" w:rsidRPr="00332DE8" w:rsidRDefault="00D25FEF" w:rsidP="00D25FEF">
            <w:pPr>
              <w:pStyle w:val="ProgLabel"/>
              <w:spacing w:after="20"/>
              <w:ind w:right="-1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Вопросы для обсуждения:</w:t>
            </w:r>
          </w:p>
          <w:p w:rsidR="00D25FEF" w:rsidRPr="00332DE8" w:rsidRDefault="00D25FEF" w:rsidP="00D25FEF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Ввод жилья и инфраструктурные обязательства – кто несет нагрузку;</w:t>
            </w:r>
          </w:p>
          <w:p w:rsidR="00D25FEF" w:rsidRPr="00332DE8" w:rsidRDefault="00D25FEF" w:rsidP="00D25FEF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инфраструктурный сбор и опыт регионов;</w:t>
            </w:r>
          </w:p>
          <w:p w:rsidR="00D25FEF" w:rsidRPr="00332DE8" w:rsidRDefault="00D25FEF" w:rsidP="00D25FEF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законодательные изменения в процессе реализации проектов;</w:t>
            </w:r>
          </w:p>
          <w:p w:rsidR="00D25FEF" w:rsidRPr="00332DE8" w:rsidRDefault="00D25FEF" w:rsidP="00D25FEF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исполнение и изменение обязательств публичной стороны и инвестора;</w:t>
            </w:r>
          </w:p>
          <w:p w:rsidR="00D25FEF" w:rsidRPr="00332DE8" w:rsidRDefault="00D25FEF" w:rsidP="00D25FEF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коммунальная и транспортная инфраструктура: изменение условий, сроков и финансирования.</w:t>
            </w:r>
          </w:p>
          <w:p w:rsidR="00D25FEF" w:rsidRPr="00332DE8" w:rsidRDefault="00D25FEF" w:rsidP="00D25FEF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25FEF" w:rsidRPr="00332DE8" w:rsidRDefault="00D25FEF" w:rsidP="00D25FEF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Участники: </w:t>
            </w: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представители  федеральных, региональных и муниципальных органов власти, руководители и специалисты девелоперских компаний, представители ресурсоснабжающих организаций, представители транспортного комплекса, специалисты в сфере земельно – имущественных отношений, расселения и градостроительной деятельности.</w:t>
            </w:r>
          </w:p>
          <w:p w:rsidR="00D25FEF" w:rsidRPr="00332DE8" w:rsidRDefault="00D25FEF" w:rsidP="00D25FEF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D25FEF" w:rsidRPr="00C45D2E" w:rsidRDefault="00D25FEF" w:rsidP="00D25FEF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Формат: </w:t>
            </w: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спикеры по очереди отвечают на различные вопросы модератора и затем по очереди отвечают на одинаковый заключительный вопрос.</w:t>
            </w:r>
          </w:p>
        </w:tc>
        <w:tc>
          <w:tcPr>
            <w:tcW w:w="272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25FEF" w:rsidRPr="00C45D2E" w:rsidRDefault="00D25FEF" w:rsidP="00D25FEF">
            <w:pPr>
              <w:pStyle w:val="ProgTyp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Панельная сессия</w:t>
            </w:r>
          </w:p>
          <w:p w:rsidR="00D25FEF" w:rsidRPr="00C45D2E" w:rsidRDefault="00D25FEF" w:rsidP="00D25FEF">
            <w:pPr>
              <w:pStyle w:val="ProgTitle"/>
              <w:spacing w:after="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«Коммунальная и</w:t>
            </w: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нфраструктура и качество среды»</w:t>
            </w:r>
          </w:p>
          <w:p w:rsidR="00D25FEF" w:rsidRPr="00C45D2E" w:rsidRDefault="00D25FEF" w:rsidP="00D25FEF">
            <w:pPr>
              <w:pStyle w:val="ProgBody"/>
              <w:spacing w:after="8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Сессия по вопросам коммунальной и транспортной инфраструктуры, благоустройства и качества среды.</w:t>
            </w:r>
          </w:p>
          <w:p w:rsidR="00D25FEF" w:rsidRPr="00C45D2E" w:rsidRDefault="00D25FEF" w:rsidP="00D25FEF">
            <w:pPr>
              <w:pStyle w:val="ProgBody"/>
              <w:spacing w:after="8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D25FEF" w:rsidRPr="00C45D2E" w:rsidRDefault="00D25FEF" w:rsidP="00D25FEF">
            <w:pPr>
              <w:pStyle w:val="ProgBody"/>
              <w:spacing w:after="8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Модератор:</w:t>
            </w:r>
          </w:p>
          <w:p w:rsidR="00D25FEF" w:rsidRPr="00C45D2E" w:rsidRDefault="00D25FEF" w:rsidP="00D25FEF">
            <w:pPr>
              <w:pStyle w:val="ProgBody"/>
              <w:spacing w:after="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Уточняется</w:t>
            </w:r>
          </w:p>
          <w:p w:rsidR="00D25FEF" w:rsidRPr="00C45D2E" w:rsidRDefault="00D25FEF" w:rsidP="00D25FEF">
            <w:pPr>
              <w:pStyle w:val="ProgBody"/>
              <w:spacing w:after="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25FEF" w:rsidRPr="00C45D2E" w:rsidRDefault="00D25FEF" w:rsidP="00D25FEF">
            <w:pPr>
              <w:pStyle w:val="ProgLabel"/>
              <w:spacing w:after="0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Спикеры:</w:t>
            </w: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</w:p>
          <w:p w:rsidR="00D25FEF" w:rsidRPr="00C45D2E" w:rsidRDefault="00D25FEF" w:rsidP="00D25FEF">
            <w:pPr>
              <w:pStyle w:val="ProgLabel"/>
              <w:numPr>
                <w:ilvl w:val="0"/>
                <w:numId w:val="11"/>
              </w:numPr>
              <w:spacing w:after="0"/>
              <w:ind w:left="307" w:hanging="123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proofErr w:type="spellStart"/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Ересько</w:t>
            </w:r>
            <w:proofErr w:type="spellEnd"/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Алексей Васильевич</w:t>
            </w: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– </w:t>
            </w:r>
            <w:r w:rsidRPr="00C45D2E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  <w:lang w:val="ru-RU"/>
              </w:rPr>
              <w:t>заместитель Министра строительства и жилищно-</w:t>
            </w:r>
            <w:r w:rsidRPr="00C45D2E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  <w:lang w:val="ru-RU"/>
              </w:rPr>
              <w:lastRenderedPageBreak/>
              <w:t>коммунального хозяйства Российской Федерации</w:t>
            </w: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;</w:t>
            </w:r>
          </w:p>
          <w:p w:rsidR="00D25FEF" w:rsidRPr="00C45D2E" w:rsidRDefault="00D25FEF" w:rsidP="00D25FEF">
            <w:pPr>
              <w:pStyle w:val="ProgLabel"/>
              <w:numPr>
                <w:ilvl w:val="0"/>
                <w:numId w:val="11"/>
              </w:numPr>
              <w:spacing w:after="0"/>
              <w:ind w:left="307" w:hanging="123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Представитель Минтранса России </w:t>
            </w: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– уточняется;</w:t>
            </w:r>
          </w:p>
          <w:p w:rsidR="00D25FEF" w:rsidRPr="00C45D2E" w:rsidRDefault="00D25FEF" w:rsidP="00D25FEF">
            <w:pPr>
              <w:pStyle w:val="ProgLabel"/>
              <w:numPr>
                <w:ilvl w:val="0"/>
                <w:numId w:val="11"/>
              </w:numPr>
              <w:spacing w:after="0"/>
              <w:ind w:left="307" w:hanging="123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proofErr w:type="spellStart"/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Шамузафаров</w:t>
            </w:r>
            <w:proofErr w:type="spellEnd"/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Анвар </w:t>
            </w:r>
            <w:proofErr w:type="spellStart"/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Шамухамедович</w:t>
            </w:r>
            <w:proofErr w:type="spellEnd"/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– президент Национального объединения изыскателей и проектировщиков;</w:t>
            </w:r>
          </w:p>
          <w:p w:rsidR="00D25FEF" w:rsidRPr="00C45D2E" w:rsidRDefault="00D25FEF" w:rsidP="00D25FEF">
            <w:pPr>
              <w:pStyle w:val="ae"/>
              <w:numPr>
                <w:ilvl w:val="0"/>
                <w:numId w:val="11"/>
              </w:numPr>
              <w:ind w:left="307" w:hanging="12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Представитель субъекта РФ</w:t>
            </w: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уточняется;</w:t>
            </w:r>
          </w:p>
          <w:p w:rsidR="00D25FEF" w:rsidRPr="00C45D2E" w:rsidRDefault="00D25FEF" w:rsidP="00D25FEF">
            <w:pPr>
              <w:pStyle w:val="ae"/>
              <w:numPr>
                <w:ilvl w:val="0"/>
                <w:numId w:val="11"/>
              </w:numPr>
              <w:ind w:left="307" w:hanging="12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Представитель муниципального образования</w:t>
            </w: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уточняется;</w:t>
            </w:r>
          </w:p>
          <w:p w:rsidR="00D25FEF" w:rsidRPr="00C45D2E" w:rsidRDefault="00D25FEF" w:rsidP="00D25FEF">
            <w:pPr>
              <w:pStyle w:val="ae"/>
              <w:numPr>
                <w:ilvl w:val="0"/>
                <w:numId w:val="11"/>
              </w:numPr>
              <w:ind w:left="307" w:hanging="12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Представитель компании девелопера</w:t>
            </w: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уточняется;</w:t>
            </w:r>
          </w:p>
          <w:p w:rsidR="00D25FEF" w:rsidRPr="00C45D2E" w:rsidRDefault="00D25FEF" w:rsidP="00D25FEF">
            <w:pPr>
              <w:pStyle w:val="ae"/>
              <w:numPr>
                <w:ilvl w:val="0"/>
                <w:numId w:val="11"/>
              </w:numPr>
              <w:ind w:left="307" w:hanging="12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Представитель </w:t>
            </w:r>
            <w:proofErr w:type="spellStart"/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ресурсоснабжающей</w:t>
            </w:r>
            <w:proofErr w:type="spellEnd"/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компании</w:t>
            </w: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уточняется.</w:t>
            </w:r>
          </w:p>
          <w:p w:rsidR="00D25FEF" w:rsidRPr="00C45D2E" w:rsidRDefault="00D25FEF" w:rsidP="00D25FEF">
            <w:pPr>
              <w:pStyle w:val="ProgLabel"/>
              <w:spacing w:after="20"/>
              <w:ind w:left="307" w:hanging="12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25FEF" w:rsidRPr="00C45D2E" w:rsidRDefault="00D25FEF" w:rsidP="00D25FEF">
            <w:pPr>
              <w:pStyle w:val="ProgLabel"/>
              <w:spacing w:after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Вопросы для обсуждения:</w:t>
            </w:r>
          </w:p>
          <w:p w:rsidR="00D25FEF" w:rsidRPr="00C45D2E" w:rsidRDefault="00D25FEF" w:rsidP="00D25FEF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обеспеченность территорий коммунальной и транспортной инфраструктурой;</w:t>
            </w:r>
          </w:p>
          <w:p w:rsidR="00D25FEF" w:rsidRPr="00C45D2E" w:rsidRDefault="00D25FEF" w:rsidP="00D25FEF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технические условия, подключение и развитие внешних инженерных сетей;</w:t>
            </w:r>
          </w:p>
          <w:p w:rsidR="00D25FEF" w:rsidRPr="00C45D2E" w:rsidRDefault="00D25FEF" w:rsidP="00D25FEF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синхронизация проектов КРТ с инвестиционными программами РСО;</w:t>
            </w:r>
          </w:p>
          <w:p w:rsidR="00D25FEF" w:rsidRPr="00C45D2E" w:rsidRDefault="00D25FEF" w:rsidP="00D25FEF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распределение затрат и ответственности за создание инфраструктуры;</w:t>
            </w:r>
          </w:p>
          <w:p w:rsidR="00D25FEF" w:rsidRPr="00C45D2E" w:rsidRDefault="00D25FEF" w:rsidP="00D25FEF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благоустройство, общественные пространства и качество городской среды.</w:t>
            </w:r>
          </w:p>
          <w:p w:rsidR="00D25FEF" w:rsidRPr="00C45D2E" w:rsidRDefault="00D25FEF" w:rsidP="00D25FEF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25FEF" w:rsidRPr="00C45D2E" w:rsidRDefault="00D25FEF" w:rsidP="00D25FEF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Участники: </w:t>
            </w: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представители региональных и муниципальных органов власти, руководители и специалисты девелоперских компаний, представители ресурсоснабжающих организаций, представители транспортного комплекса, специалисты в сфере ЖКХ и благоустройства.</w:t>
            </w:r>
          </w:p>
          <w:p w:rsidR="00D25FEF" w:rsidRPr="00C45D2E" w:rsidRDefault="00D25FEF" w:rsidP="00D25FEF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D25FEF" w:rsidRPr="00C45D2E" w:rsidRDefault="00D25FEF" w:rsidP="00D25FEF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Формат: </w:t>
            </w: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спикеры по очереди отвечают на различные вопросы модератора и затем по очереди отвечают на одинаковый заключительный вопрос.</w:t>
            </w:r>
          </w:p>
        </w:tc>
        <w:tc>
          <w:tcPr>
            <w:tcW w:w="291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25FEF" w:rsidRPr="00332DE8" w:rsidRDefault="00D25FEF" w:rsidP="00D25FE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Круглый стол</w:t>
            </w:r>
          </w:p>
          <w:p w:rsidR="00D25FEF" w:rsidRPr="00332DE8" w:rsidRDefault="00D25FEF" w:rsidP="00D25FE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«Код города: архитектура, идентичность и креативная экономика»</w:t>
            </w:r>
          </w:p>
          <w:p w:rsidR="00D25FEF" w:rsidRPr="00332DE8" w:rsidRDefault="00D25FEF" w:rsidP="00D25FE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Как отразить образ будущего города в мастер – плане и реализовать его вместе с архитекторами, властью и девелоперами.</w:t>
            </w:r>
          </w:p>
          <w:p w:rsidR="00D25FEF" w:rsidRPr="00332DE8" w:rsidRDefault="00D25FEF" w:rsidP="00D25FE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D25FEF" w:rsidRPr="00332DE8" w:rsidRDefault="00D25FEF" w:rsidP="00D25FEF">
            <w:pPr>
              <w:pStyle w:val="ProgBody"/>
              <w:spacing w:after="8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Модератор:</w:t>
            </w:r>
          </w:p>
          <w:p w:rsidR="00D25FEF" w:rsidRPr="00332DE8" w:rsidRDefault="00D25FEF" w:rsidP="00D25FEF">
            <w:pPr>
              <w:pStyle w:val="ProgBody"/>
              <w:spacing w:after="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Уточняется</w:t>
            </w:r>
          </w:p>
          <w:p w:rsidR="00D25FEF" w:rsidRPr="00637B0B" w:rsidRDefault="00D25FEF" w:rsidP="00D25FEF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ru-RU"/>
              </w:rPr>
            </w:pPr>
          </w:p>
          <w:p w:rsidR="00D25FEF" w:rsidRPr="00332DE8" w:rsidRDefault="00D25FEF" w:rsidP="00D25FE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Спикеры: </w:t>
            </w:r>
          </w:p>
          <w:p w:rsidR="00D25FEF" w:rsidRPr="00332DE8" w:rsidRDefault="00D25FEF" w:rsidP="00D25FEF">
            <w:pPr>
              <w:pStyle w:val="ae"/>
              <w:numPr>
                <w:ilvl w:val="0"/>
                <w:numId w:val="17"/>
              </w:numPr>
              <w:ind w:left="3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Швидковский</w:t>
            </w:r>
            <w:proofErr w:type="spellEnd"/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Дмитрий Олегович</w:t>
            </w: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председатель Экспертного Совета по архитектуре и </w:t>
            </w: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градостроительству при НЦ «Россия», ректор «МАРХИ», президент Российской академии архитектуры и строительных наук;</w:t>
            </w:r>
          </w:p>
          <w:p w:rsidR="00D25FEF" w:rsidRPr="00332DE8" w:rsidRDefault="00D25FEF" w:rsidP="00D25FEF">
            <w:pPr>
              <w:pStyle w:val="ae"/>
              <w:numPr>
                <w:ilvl w:val="0"/>
                <w:numId w:val="17"/>
              </w:numPr>
              <w:ind w:left="313" w:hanging="17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Кузьмина Александра Александровна </w:t>
            </w: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Первый заместитель руководителя Комитета по архитектуре и градостроительству– главный архитектор Московской области;</w:t>
            </w:r>
          </w:p>
          <w:p w:rsidR="00D25FEF" w:rsidRPr="00332DE8" w:rsidRDefault="00D25FEF" w:rsidP="00D25FEF">
            <w:pPr>
              <w:pStyle w:val="ae"/>
              <w:numPr>
                <w:ilvl w:val="0"/>
                <w:numId w:val="17"/>
              </w:numPr>
              <w:ind w:left="313" w:hanging="17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Преображенский Владислав Игоревич – </w:t>
            </w: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исполнительный директор фонда содействия инвестиционной деятельности «Клуб инвесторов Москвы»;</w:t>
            </w:r>
          </w:p>
          <w:p w:rsidR="00D25FEF" w:rsidRPr="00332DE8" w:rsidRDefault="00D25FEF" w:rsidP="00D25FEF">
            <w:pPr>
              <w:pStyle w:val="ae"/>
              <w:numPr>
                <w:ilvl w:val="0"/>
                <w:numId w:val="17"/>
              </w:numPr>
              <w:ind w:left="313" w:hanging="17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Ермолина Елена Сергеевна </w:t>
            </w: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заместитель Министра по управлению имуществом и градостроительной деятельности – главный архитектор Пермского края;</w:t>
            </w:r>
          </w:p>
          <w:p w:rsidR="00D25FEF" w:rsidRPr="00332DE8" w:rsidRDefault="00D25FEF" w:rsidP="00D25FEF">
            <w:pPr>
              <w:pStyle w:val="ae"/>
              <w:numPr>
                <w:ilvl w:val="0"/>
                <w:numId w:val="17"/>
              </w:numPr>
              <w:ind w:left="313" w:hanging="17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Сайфуллина</w:t>
            </w:r>
            <w:proofErr w:type="spellEnd"/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Адель </w:t>
            </w:r>
            <w:proofErr w:type="spellStart"/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Фидановна</w:t>
            </w:r>
            <w:proofErr w:type="spellEnd"/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–исполнительный директор Ассоциации застройщиков Республики Башкортостан;</w:t>
            </w:r>
          </w:p>
          <w:p w:rsidR="00D25FEF" w:rsidRPr="00332DE8" w:rsidRDefault="00D25FEF" w:rsidP="00D25FEF">
            <w:pPr>
              <w:pStyle w:val="ae"/>
              <w:numPr>
                <w:ilvl w:val="0"/>
                <w:numId w:val="17"/>
              </w:numPr>
              <w:ind w:left="313" w:hanging="17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Семёнова</w:t>
            </w:r>
            <w:proofErr w:type="spellEnd"/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Виктория Викторовна </w:t>
            </w: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д.т.н., профессор, академик Российской академии художеств, почетный архитектор России;</w:t>
            </w:r>
          </w:p>
          <w:p w:rsidR="00D25FEF" w:rsidRPr="00332DE8" w:rsidRDefault="00D25FEF" w:rsidP="00D25FEF">
            <w:pPr>
              <w:pStyle w:val="ae"/>
              <w:numPr>
                <w:ilvl w:val="0"/>
                <w:numId w:val="17"/>
              </w:numPr>
              <w:ind w:left="31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Представитель компании девелопера </w:t>
            </w: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уточняется;</w:t>
            </w:r>
          </w:p>
          <w:p w:rsidR="00D25FEF" w:rsidRPr="00594800" w:rsidRDefault="00D25FEF" w:rsidP="00D25FEF">
            <w:pPr>
              <w:ind w:left="313" w:hanging="31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</w:t>
            </w: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Представитель компании девелопера</w:t>
            </w: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уточняется.</w:t>
            </w:r>
          </w:p>
          <w:p w:rsidR="00D25FEF" w:rsidRPr="00332DE8" w:rsidRDefault="00D25FEF" w:rsidP="00D25FE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D25FEF" w:rsidRPr="00332DE8" w:rsidRDefault="00D25FEF" w:rsidP="00D25FE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Вопросы для обсуждения:</w:t>
            </w:r>
          </w:p>
          <w:p w:rsidR="00D25FEF" w:rsidRPr="00332DE8" w:rsidRDefault="00D25FEF" w:rsidP="00D25FEF">
            <w:pPr>
              <w:ind w:left="16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архитектурно-градостроительный код территории и формирование образа будущего города;</w:t>
            </w:r>
          </w:p>
          <w:p w:rsidR="00D25FEF" w:rsidRPr="00332DE8" w:rsidRDefault="00D25FEF" w:rsidP="00D25FEF">
            <w:pPr>
              <w:ind w:left="16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взаимосвязь мастер-плана, градостроительной документации и архитектурного облика;</w:t>
            </w:r>
          </w:p>
          <w:p w:rsidR="00D25FEF" w:rsidRPr="00332DE8" w:rsidRDefault="00D25FEF" w:rsidP="00D25FEF">
            <w:pPr>
              <w:ind w:left="16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локальная и общероссийская идентичность в архитектуре и развитии территории;</w:t>
            </w:r>
          </w:p>
          <w:p w:rsidR="00D25FEF" w:rsidRPr="00332DE8" w:rsidRDefault="00D25FEF" w:rsidP="00D25FEF">
            <w:pPr>
              <w:ind w:left="16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сохранение архитектурного замысла от концепции до реализации проекта;</w:t>
            </w:r>
          </w:p>
          <w:p w:rsidR="00D25FEF" w:rsidRPr="00332DE8" w:rsidRDefault="00D25FEF" w:rsidP="00D25FEF">
            <w:pPr>
              <w:ind w:left="169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инвестиции девелопера в архитектурное качество, идентичность и инфраструктуру для креативных индустрий</w:t>
            </w:r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  <w:p w:rsidR="00D25FEF" w:rsidRPr="00332DE8" w:rsidRDefault="00D25FEF" w:rsidP="00D25FE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D25FEF" w:rsidRPr="00332DE8" w:rsidRDefault="00D25FEF" w:rsidP="00D25FE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Участники: </w:t>
            </w: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представители региональных и муниципальных органов власти, руководители и специалисты в сфере архитектуры и градостроительства, представители девелоперских компаний, архитектурных бюро и организаций – разработчиков мастер – планов, представители креативных индустрий</w:t>
            </w:r>
          </w:p>
          <w:p w:rsidR="00D25FEF" w:rsidRPr="00332DE8" w:rsidRDefault="00D25FEF" w:rsidP="00D25FE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D25FEF" w:rsidRPr="00637B0B" w:rsidRDefault="00D25FEF" w:rsidP="00D25FEF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ru-RU"/>
              </w:rPr>
            </w:pPr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Формат: </w:t>
            </w:r>
            <w:proofErr w:type="spellStart"/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модерируемая</w:t>
            </w:r>
            <w:proofErr w:type="spellEnd"/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дискуссия представителей власти, архитекторов и девелоперов.</w:t>
            </w:r>
          </w:p>
        </w:tc>
        <w:tc>
          <w:tcPr>
            <w:tcW w:w="2835" w:type="dxa"/>
          </w:tcPr>
          <w:p w:rsidR="00D25FEF" w:rsidRPr="00C45D2E" w:rsidRDefault="00D25FEF" w:rsidP="00D25F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Тематическая встреча</w:t>
            </w:r>
          </w:p>
          <w:p w:rsidR="00D25FEF" w:rsidRPr="00C45D2E" w:rsidRDefault="00D25FEF" w:rsidP="00D25F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«Родина – это служение. Люди, которые строят будущее»</w:t>
            </w:r>
          </w:p>
          <w:p w:rsidR="00D25FEF" w:rsidRPr="00C45D2E" w:rsidRDefault="00D25FEF" w:rsidP="00D25FE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Встреча представителей разных поколений строительной отрасли о служении стране через профессию, об ответственности за результат своего труда,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C45D2E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профессиональных традициях и будущем отрасли.</w:t>
            </w:r>
          </w:p>
          <w:p w:rsidR="00D25FEF" w:rsidRPr="00C45D2E" w:rsidRDefault="00D25FEF" w:rsidP="00D25FE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D25FEF" w:rsidRPr="00C45D2E" w:rsidRDefault="00D25FEF" w:rsidP="00D25FEF">
            <w:pPr>
              <w:pStyle w:val="ProgBody"/>
              <w:spacing w:after="8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Модератор:</w:t>
            </w:r>
          </w:p>
          <w:p w:rsidR="00D25FEF" w:rsidRPr="00C45D2E" w:rsidRDefault="00D25FEF" w:rsidP="00D25FEF">
            <w:pPr>
              <w:pStyle w:val="ProgBody"/>
              <w:spacing w:after="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Штейн Мария Юрьевна</w:t>
            </w: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C45D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исполнительный </w:t>
            </w:r>
            <w:r w:rsidRPr="00C45D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директор и </w:t>
            </w:r>
            <w:proofErr w:type="spellStart"/>
            <w:r w:rsidRPr="00C45D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сооснователь</w:t>
            </w:r>
            <w:proofErr w:type="spellEnd"/>
            <w:r w:rsidRPr="00C45D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Института «Первая Академия медиа» РЭУ им. Г.В. Плеханова.</w:t>
            </w:r>
          </w:p>
          <w:p w:rsidR="00D25FEF" w:rsidRPr="00C45D2E" w:rsidRDefault="00D25FEF" w:rsidP="00D25FE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D25FEF" w:rsidRDefault="00D25FEF" w:rsidP="00D25FE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Спикеры:</w:t>
            </w:r>
          </w:p>
          <w:p w:rsidR="00D25FEF" w:rsidRDefault="00D25FEF" w:rsidP="00D25FEF">
            <w:pPr>
              <w:pStyle w:val="a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Басин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Ефим Владимирович</w:t>
            </w: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 </w:t>
            </w:r>
            <w:r w:rsidRPr="00A97B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Председатель комитета ТПП РФ по предпринимательству в сфере строительства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A97B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Член общественного Совета при Минстрое России, руководитель комитета по вопросам профессионального обр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азования и кадрового потенциала, Герой Социалистического Труда, Заслуженный строитель РФ, Полный кавалер ордена «За заслуги перед Отечеством»</w:t>
            </w:r>
          </w:p>
          <w:p w:rsidR="00D25FEF" w:rsidRPr="00C45D2E" w:rsidRDefault="00D25FEF" w:rsidP="00D25FEF">
            <w:pPr>
              <w:pStyle w:val="a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Бондарев Алексей Иванович </w:t>
            </w: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директор Департамента стратегических проектов Министерства строительства и жилищно-коммунального хозяйства Российской Федерации, участник СВО</w:t>
            </w:r>
          </w:p>
          <w:p w:rsidR="00D25FEF" w:rsidRPr="00C45D2E" w:rsidRDefault="00D25FEF" w:rsidP="00D25FEF">
            <w:pPr>
              <w:pStyle w:val="a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Славутин</w:t>
            </w:r>
            <w:proofErr w:type="spellEnd"/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Адель Михайлович </w:t>
            </w: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директор АНО «Центр компетенций «Умный город», волонтёр Народного фронта;</w:t>
            </w:r>
          </w:p>
          <w:p w:rsidR="00D25FEF" w:rsidRPr="00C45D2E" w:rsidRDefault="00D25FEF" w:rsidP="00D25FEF">
            <w:pPr>
              <w:pStyle w:val="a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Заслуженный строитель </w:t>
            </w: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уточняется.</w:t>
            </w:r>
          </w:p>
          <w:p w:rsidR="00D25FEF" w:rsidRPr="00C45D2E" w:rsidRDefault="00D25FEF" w:rsidP="00D25FEF">
            <w:pPr>
              <w:pStyle w:val="a0"/>
              <w:numPr>
                <w:ilvl w:val="0"/>
                <w:numId w:val="0"/>
              </w:numPr>
              <w:ind w:left="3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25FEF" w:rsidRPr="00C45D2E" w:rsidRDefault="00D25FEF" w:rsidP="00D25FEF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Вопросы для обсуждения:</w:t>
            </w:r>
          </w:p>
          <w:p w:rsidR="00D25FEF" w:rsidRPr="00C45D2E" w:rsidRDefault="00D25FEF" w:rsidP="00D25FEF">
            <w:pPr>
              <w:pStyle w:val="a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служение стране через профессию и созидательный труд;</w:t>
            </w:r>
          </w:p>
          <w:p w:rsidR="00D25FEF" w:rsidRPr="00C45D2E" w:rsidRDefault="00D25FEF" w:rsidP="00D25FEF">
            <w:pPr>
              <w:pStyle w:val="a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люди отрасли, которыми гордится страна;</w:t>
            </w:r>
          </w:p>
          <w:p w:rsidR="00D25FEF" w:rsidRPr="00C45D2E" w:rsidRDefault="00D25FEF" w:rsidP="00D25FEF">
            <w:pPr>
              <w:pStyle w:val="a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личная ответственность за результат своей работы;</w:t>
            </w:r>
          </w:p>
          <w:p w:rsidR="00D25FEF" w:rsidRPr="00C45D2E" w:rsidRDefault="00D25FEF" w:rsidP="00D25FEF">
            <w:pPr>
              <w:pStyle w:val="a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профессиональные традиции, ответственность и преемственность поколений;</w:t>
            </w:r>
          </w:p>
          <w:p w:rsidR="00D25FEF" w:rsidRPr="00C45D2E" w:rsidRDefault="00D25FEF" w:rsidP="00D25FEF">
            <w:pPr>
              <w:pStyle w:val="a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выбор профессии и возможности нового поколения в строительной отрасли.</w:t>
            </w:r>
          </w:p>
          <w:p w:rsidR="00D25FEF" w:rsidRPr="00C45D2E" w:rsidRDefault="00D25FEF" w:rsidP="00D25FE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D25FEF" w:rsidRPr="00C45D2E" w:rsidRDefault="00D25FEF" w:rsidP="00D25F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Участники: </w:t>
            </w: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представители профессионального сообщества, сотрудники подведомственных организаций и предприятий, представители бизнеса, сотрудники отраслевых предприятий, студенты профильных вузов, представители молодёжных движений и объединений.</w:t>
            </w:r>
          </w:p>
          <w:p w:rsidR="00D25FEF" w:rsidRPr="00C45D2E" w:rsidRDefault="00D25FEF" w:rsidP="00D25FEF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25FEF" w:rsidRPr="00C45D2E" w:rsidRDefault="00D25FEF" w:rsidP="00D25F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Формат: </w:t>
            </w: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живой разговор представителей разных поколений отрасли, личные профессиональные истории, диалог со студентами и молодыми специалистами.</w:t>
            </w:r>
          </w:p>
        </w:tc>
        <w:tc>
          <w:tcPr>
            <w:tcW w:w="2728" w:type="dxa"/>
          </w:tcPr>
          <w:p w:rsidR="00D25FEF" w:rsidRPr="00332DE8" w:rsidRDefault="00D25FEF" w:rsidP="00D25FE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«</w:t>
            </w:r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Открытая приёмная КРТ».</w:t>
            </w:r>
          </w:p>
          <w:p w:rsidR="00D25FEF" w:rsidRPr="00332DE8" w:rsidRDefault="00D25FEF" w:rsidP="00D25FE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D25FEF" w:rsidRPr="00332DE8" w:rsidRDefault="00D25FEF" w:rsidP="00D25FE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Участники:</w:t>
            </w:r>
          </w:p>
          <w:p w:rsidR="00D25FEF" w:rsidRPr="00332DE8" w:rsidRDefault="00D25FEF" w:rsidP="00D25FEF">
            <w:pPr>
              <w:pStyle w:val="ae"/>
              <w:numPr>
                <w:ilvl w:val="0"/>
                <w:numId w:val="24"/>
              </w:numPr>
              <w:ind w:left="31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Представители </w:t>
            </w:r>
            <w:r w:rsidRPr="00332DE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ru-RU"/>
              </w:rPr>
              <w:t>Министерства строительства и жилищно-коммунального хозяйства Российской Федерации</w:t>
            </w:r>
            <w:r w:rsidRPr="00332DE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(по графику);</w:t>
            </w:r>
          </w:p>
          <w:p w:rsidR="00D25FEF" w:rsidRPr="00332DE8" w:rsidRDefault="00D25FEF" w:rsidP="00D25FEF">
            <w:pPr>
              <w:pStyle w:val="ae"/>
              <w:numPr>
                <w:ilvl w:val="0"/>
                <w:numId w:val="24"/>
              </w:numPr>
              <w:ind w:left="31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Представители субъектов и муниципальных образований РФ;</w:t>
            </w:r>
          </w:p>
          <w:p w:rsidR="00D25FEF" w:rsidRPr="00A675EC" w:rsidRDefault="00D25FEF" w:rsidP="00D25FEF">
            <w:pPr>
              <w:pStyle w:val="ae"/>
              <w:numPr>
                <w:ilvl w:val="0"/>
                <w:numId w:val="24"/>
              </w:numPr>
              <w:ind w:left="31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Девелоперы, застройщики, подрядные организации.</w:t>
            </w:r>
          </w:p>
        </w:tc>
      </w:tr>
      <w:tr w:rsidR="00294BCB" w:rsidRPr="009B57B3" w:rsidTr="00593663">
        <w:trPr>
          <w:cantSplit/>
          <w:jc w:val="center"/>
        </w:trPr>
        <w:tc>
          <w:tcPr>
            <w:tcW w:w="988" w:type="dxa"/>
            <w:shd w:val="clear" w:color="auto" w:fill="EAF1F6"/>
            <w:tcMar>
              <w:top w:w="100" w:type="dxa"/>
              <w:left w:w="70" w:type="dxa"/>
              <w:bottom w:w="80" w:type="dxa"/>
              <w:right w:w="70" w:type="dxa"/>
            </w:tcMar>
          </w:tcPr>
          <w:p w:rsidR="00294BCB" w:rsidRPr="00C45D2E" w:rsidRDefault="00294BCB" w:rsidP="001F2C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11:30–12:00</w:t>
            </w:r>
          </w:p>
        </w:tc>
        <w:tc>
          <w:tcPr>
            <w:tcW w:w="11198" w:type="dxa"/>
            <w:gridSpan w:val="4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294BCB" w:rsidRPr="00332DE8" w:rsidRDefault="00294BCB" w:rsidP="001F2C95">
            <w:pPr>
              <w:pStyle w:val="ProgTyp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Кофе – брейк</w:t>
            </w:r>
          </w:p>
        </w:tc>
        <w:tc>
          <w:tcPr>
            <w:tcW w:w="2728" w:type="dxa"/>
          </w:tcPr>
          <w:p w:rsidR="00A675EC" w:rsidRPr="00332DE8" w:rsidRDefault="00AD6CCB" w:rsidP="00A675EC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r w:rsidR="00A675EC"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Открытая приёмная КРТ».</w:t>
            </w:r>
          </w:p>
          <w:p w:rsidR="00A675EC" w:rsidRPr="00332DE8" w:rsidRDefault="00A675EC" w:rsidP="00A675EC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675EC" w:rsidRPr="00332DE8" w:rsidRDefault="00A675EC" w:rsidP="00A675EC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Участники:</w:t>
            </w:r>
          </w:p>
          <w:p w:rsidR="00A675EC" w:rsidRPr="00332DE8" w:rsidRDefault="00A675EC" w:rsidP="00A675EC">
            <w:pPr>
              <w:pStyle w:val="ae"/>
              <w:numPr>
                <w:ilvl w:val="0"/>
                <w:numId w:val="24"/>
              </w:numPr>
              <w:ind w:left="31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Представители </w:t>
            </w:r>
            <w:r w:rsidRPr="00332DE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ru-RU"/>
              </w:rPr>
              <w:t>Министерства строительства и жилищно-коммунального хозяйства Российской Федерации</w:t>
            </w:r>
            <w:r w:rsidRPr="00332DE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(по графику);</w:t>
            </w:r>
          </w:p>
          <w:p w:rsidR="00972B2A" w:rsidRPr="00332DE8" w:rsidRDefault="00A675EC" w:rsidP="00A675EC">
            <w:pPr>
              <w:pStyle w:val="ae"/>
              <w:numPr>
                <w:ilvl w:val="0"/>
                <w:numId w:val="24"/>
              </w:numPr>
              <w:ind w:left="31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Представители субъектов и муниципальных образований РФ;</w:t>
            </w:r>
          </w:p>
          <w:p w:rsidR="00294BCB" w:rsidRPr="00332DE8" w:rsidRDefault="00A675EC" w:rsidP="00A675EC">
            <w:pPr>
              <w:pStyle w:val="ae"/>
              <w:numPr>
                <w:ilvl w:val="0"/>
                <w:numId w:val="24"/>
              </w:numPr>
              <w:ind w:left="31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Девелоперы, застройщики, подрядные организации.</w:t>
            </w:r>
          </w:p>
        </w:tc>
      </w:tr>
      <w:tr w:rsidR="00C45D2E" w:rsidRPr="00D25FEF" w:rsidTr="00A97BAE">
        <w:trPr>
          <w:cantSplit/>
          <w:jc w:val="center"/>
        </w:trPr>
        <w:tc>
          <w:tcPr>
            <w:tcW w:w="988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shd w:val="clear" w:color="auto" w:fill="EAF1F6"/>
            <w:tcMar>
              <w:top w:w="100" w:type="dxa"/>
              <w:left w:w="70" w:type="dxa"/>
              <w:bottom w:w="80" w:type="dxa"/>
              <w:right w:w="70" w:type="dxa"/>
            </w:tcMar>
          </w:tcPr>
          <w:p w:rsidR="00C45D2E" w:rsidRPr="00C45D2E" w:rsidRDefault="00C45D2E" w:rsidP="001F2C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</w:rPr>
              <w:t>12:00–13:30</w:t>
            </w:r>
          </w:p>
        </w:tc>
        <w:tc>
          <w:tcPr>
            <w:tcW w:w="13926" w:type="dxa"/>
            <w:gridSpan w:val="5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C45D2E" w:rsidRPr="00C45D2E" w:rsidRDefault="00C45D2E" w:rsidP="001F2C95">
            <w:pPr>
              <w:pStyle w:val="ProgTyp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Пленарное заседание</w:t>
            </w:r>
          </w:p>
          <w:p w:rsidR="00C45D2E" w:rsidRPr="00C45D2E" w:rsidRDefault="00C45D2E" w:rsidP="009B57B3">
            <w:pPr>
              <w:pStyle w:val="ProgTyp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«От стратегических решений к кардинальным изменениям»</w:t>
            </w:r>
          </w:p>
          <w:p w:rsidR="00C45D2E" w:rsidRPr="00C45D2E" w:rsidRDefault="00C45D2E" w:rsidP="009B57B3">
            <w:pPr>
              <w:pStyle w:val="ProgType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Сессия посвящена реализации Национального проекта «Инфраструктура для жизни».</w:t>
            </w:r>
          </w:p>
          <w:p w:rsidR="00C45D2E" w:rsidRPr="00C45D2E" w:rsidRDefault="00C45D2E" w:rsidP="009B57B3">
            <w:pPr>
              <w:pStyle w:val="ProgTyp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45D2E" w:rsidRPr="00C45D2E" w:rsidRDefault="00C45D2E" w:rsidP="008E55D4">
            <w:pPr>
              <w:pStyle w:val="ProgLabel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Модератор:</w:t>
            </w:r>
          </w:p>
          <w:p w:rsidR="00C45D2E" w:rsidRPr="00C45D2E" w:rsidRDefault="00C45D2E" w:rsidP="008E55D4">
            <w:pPr>
              <w:pStyle w:val="ProgLabel"/>
              <w:spacing w:after="0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B81D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Кудрявцева Мария Владимировна</w:t>
            </w: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– ведущая телеканала «Россия 24».</w:t>
            </w:r>
          </w:p>
          <w:p w:rsidR="00C45D2E" w:rsidRPr="00C45D2E" w:rsidRDefault="00C45D2E" w:rsidP="009B57B3">
            <w:pPr>
              <w:pStyle w:val="ProgTyp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45D2E" w:rsidRPr="00C45D2E" w:rsidRDefault="00C45D2E" w:rsidP="009B57B3">
            <w:pPr>
              <w:pStyle w:val="ProgTyp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Спикеры: </w:t>
            </w:r>
          </w:p>
          <w:p w:rsidR="00C45D2E" w:rsidRPr="00C45D2E" w:rsidRDefault="00C45D2E" w:rsidP="00151247">
            <w:pPr>
              <w:pStyle w:val="ProgType"/>
              <w:numPr>
                <w:ilvl w:val="0"/>
                <w:numId w:val="18"/>
              </w:numPr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Грачев Евгений Николаевич</w:t>
            </w: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– заместитель начальника Управления Президента Российской Федерации по внутренней политике;</w:t>
            </w:r>
          </w:p>
          <w:p w:rsidR="00C45D2E" w:rsidRPr="00C45D2E" w:rsidRDefault="00C45D2E" w:rsidP="008F0C93">
            <w:pPr>
              <w:pStyle w:val="ProgType"/>
              <w:numPr>
                <w:ilvl w:val="0"/>
                <w:numId w:val="18"/>
              </w:numPr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Файзуллин Ирек Энварович </w:t>
            </w: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– Министр строительства и жилищно-коммунального хозяйства Российской Федерации;</w:t>
            </w:r>
          </w:p>
          <w:p w:rsidR="00C45D2E" w:rsidRPr="00C45D2E" w:rsidRDefault="00C45D2E" w:rsidP="008F0C93">
            <w:pPr>
              <w:pStyle w:val="ProgType"/>
              <w:numPr>
                <w:ilvl w:val="0"/>
                <w:numId w:val="18"/>
              </w:numPr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Никитин Андрей Сергеевич</w:t>
            </w: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– Министр транспорта Российской Федерации;</w:t>
            </w:r>
          </w:p>
          <w:p w:rsidR="00C45D2E" w:rsidRDefault="00C45D2E" w:rsidP="008E55D4">
            <w:pPr>
              <w:pStyle w:val="ProgType"/>
              <w:numPr>
                <w:ilvl w:val="0"/>
                <w:numId w:val="18"/>
              </w:numPr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proofErr w:type="spellStart"/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Цыденов</w:t>
            </w:r>
            <w:proofErr w:type="spellEnd"/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Алексей </w:t>
            </w:r>
            <w:proofErr w:type="spellStart"/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Самбуевич</w:t>
            </w:r>
            <w:proofErr w:type="spellEnd"/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– Глава Республики Бурятия;</w:t>
            </w:r>
          </w:p>
          <w:p w:rsidR="00593663" w:rsidRPr="00C45D2E" w:rsidRDefault="00593663" w:rsidP="008E55D4">
            <w:pPr>
              <w:pStyle w:val="ProgType"/>
              <w:numPr>
                <w:ilvl w:val="0"/>
                <w:numId w:val="18"/>
              </w:numPr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Кухарук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Руслан Николаевич </w:t>
            </w:r>
            <w:r w:rsidRPr="00593663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–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Губернатор </w:t>
            </w:r>
            <w:r w:rsidRPr="00593663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  <w:lang w:val="ru-RU"/>
              </w:rPr>
              <w:t>Ханты-Мансийского автономного округа – Югры</w:t>
            </w:r>
          </w:p>
          <w:p w:rsidR="00C45D2E" w:rsidRPr="00C45D2E" w:rsidRDefault="00C45D2E" w:rsidP="008E55D4">
            <w:pPr>
              <w:pStyle w:val="ProgType"/>
              <w:numPr>
                <w:ilvl w:val="0"/>
                <w:numId w:val="18"/>
              </w:numPr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Гусева Ирина Михайловна </w:t>
            </w: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– Председатель </w:t>
            </w:r>
            <w:r w:rsidRPr="00C45D2E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ru-RU"/>
              </w:rPr>
              <w:t>Комитета по региональной политике и местному самоуправлению Государственной Думы Федерального Собрания Российской Федерации</w:t>
            </w: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, Сопредседатель Высшего совета ВАРМСУ;</w:t>
            </w:r>
          </w:p>
          <w:p w:rsidR="00C45D2E" w:rsidRPr="00C45D2E" w:rsidRDefault="00C45D2E" w:rsidP="008E55D4">
            <w:pPr>
              <w:pStyle w:val="ProgType"/>
              <w:numPr>
                <w:ilvl w:val="0"/>
                <w:numId w:val="18"/>
              </w:numPr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Малявина София Андреевна </w:t>
            </w: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– генеральный директор АНО «Национальные приоритеты»;</w:t>
            </w:r>
          </w:p>
          <w:p w:rsidR="00C45D2E" w:rsidRPr="00C45D2E" w:rsidRDefault="00C45D2E" w:rsidP="008F0C93">
            <w:pPr>
              <w:pStyle w:val="ProgType"/>
              <w:numPr>
                <w:ilvl w:val="0"/>
                <w:numId w:val="18"/>
              </w:numPr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Киселев Станислав Владиславович </w:t>
            </w: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– генеральный директор ГК «</w:t>
            </w:r>
            <w:proofErr w:type="spellStart"/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Кортрос</w:t>
            </w:r>
            <w:proofErr w:type="spellEnd"/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».</w:t>
            </w:r>
          </w:p>
          <w:p w:rsidR="00C45D2E" w:rsidRPr="00C45D2E" w:rsidRDefault="00C45D2E" w:rsidP="009B57B3">
            <w:pPr>
              <w:pStyle w:val="ProgTyp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45D2E" w:rsidRPr="00C45D2E" w:rsidRDefault="00C45D2E" w:rsidP="009B57B3">
            <w:pPr>
              <w:pStyle w:val="ProgTyp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Вопросы для обсуждения:</w:t>
            </w:r>
          </w:p>
          <w:p w:rsidR="00C45D2E" w:rsidRPr="00C45D2E" w:rsidRDefault="00C45D2E" w:rsidP="009B57B3">
            <w:pPr>
              <w:pStyle w:val="ProgType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• </w:t>
            </w: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благоустройство территорий — выбор жителей;</w:t>
            </w:r>
          </w:p>
          <w:p w:rsidR="00C45D2E" w:rsidRPr="00C45D2E" w:rsidRDefault="00C45D2E" w:rsidP="009B57B3">
            <w:pPr>
              <w:pStyle w:val="ProgType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• жильё, комплексное развитие территорий и инфраструктура;</w:t>
            </w:r>
          </w:p>
          <w:p w:rsidR="00C45D2E" w:rsidRPr="00C45D2E" w:rsidRDefault="00C45D2E" w:rsidP="009B57B3">
            <w:pPr>
              <w:pStyle w:val="ProgType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• федеральные инструменты: проекты и финансирование;</w:t>
            </w:r>
          </w:p>
          <w:p w:rsidR="00C45D2E" w:rsidRPr="00C45D2E" w:rsidRDefault="00C45D2E" w:rsidP="009B57B3">
            <w:pPr>
              <w:pStyle w:val="ProgType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• мастер-планирование — идентичность территорий и демография;</w:t>
            </w:r>
          </w:p>
          <w:p w:rsidR="00C45D2E" w:rsidRPr="00C45D2E" w:rsidRDefault="00C45D2E" w:rsidP="001F2C95">
            <w:pPr>
              <w:pStyle w:val="ProgType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• транспортная инфраструктура.</w:t>
            </w:r>
          </w:p>
          <w:p w:rsidR="00C45D2E" w:rsidRPr="00C45D2E" w:rsidRDefault="00C45D2E" w:rsidP="001F2C95">
            <w:pPr>
              <w:pStyle w:val="ProgTyp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45D2E" w:rsidRPr="00C45D2E" w:rsidRDefault="00C45D2E" w:rsidP="001F2C95">
            <w:pPr>
              <w:pStyle w:val="ProgTyp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Участники: </w:t>
            </w: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все почетные гости, делегаты и гости мероприятия.</w:t>
            </w:r>
          </w:p>
          <w:p w:rsidR="00C45D2E" w:rsidRPr="00C45D2E" w:rsidRDefault="00C45D2E" w:rsidP="001F2C95">
            <w:pPr>
              <w:pStyle w:val="ProgTyp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45D2E" w:rsidRPr="00C45D2E" w:rsidRDefault="00C45D2E" w:rsidP="001F2C95">
            <w:pPr>
              <w:pStyle w:val="ProgTyp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Формат: </w:t>
            </w: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спикеры выступают с докладами по подводкам модератора по очереди, </w:t>
            </w:r>
            <w:proofErr w:type="spellStart"/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хедлайнер</w:t>
            </w:r>
            <w:proofErr w:type="spellEnd"/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сессии подводит итог.</w:t>
            </w:r>
          </w:p>
        </w:tc>
      </w:tr>
      <w:tr w:rsidR="00C45D2E" w:rsidRPr="00D25FEF" w:rsidTr="00A97BAE">
        <w:trPr>
          <w:cantSplit/>
          <w:jc w:val="center"/>
        </w:trPr>
        <w:tc>
          <w:tcPr>
            <w:tcW w:w="988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shd w:val="clear" w:color="auto" w:fill="EAF1F6"/>
            <w:tcMar>
              <w:top w:w="100" w:type="dxa"/>
              <w:left w:w="70" w:type="dxa"/>
              <w:bottom w:w="80" w:type="dxa"/>
              <w:right w:w="70" w:type="dxa"/>
            </w:tcMar>
          </w:tcPr>
          <w:p w:rsidR="00C45D2E" w:rsidRPr="00C45D2E" w:rsidRDefault="00C45D2E" w:rsidP="001F2C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</w:rPr>
              <w:t>13:</w:t>
            </w: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  <w:r w:rsidRPr="00C45D2E">
              <w:rPr>
                <w:rFonts w:ascii="Times New Roman" w:hAnsi="Times New Roman" w:cs="Times New Roman"/>
                <w:b/>
                <w:sz w:val="24"/>
                <w:szCs w:val="24"/>
              </w:rPr>
              <w:t>0–14:30</w:t>
            </w:r>
          </w:p>
        </w:tc>
        <w:tc>
          <w:tcPr>
            <w:tcW w:w="13926" w:type="dxa"/>
            <w:gridSpan w:val="5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shd w:val="clear" w:color="auto" w:fill="F7F9FB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C45D2E" w:rsidRPr="00C45D2E" w:rsidRDefault="00C45D2E" w:rsidP="009B57B3">
            <w:pPr>
              <w:pStyle w:val="ProgTyp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Официальный обход выставочной экспозиции, обеденный перерыв</w:t>
            </w:r>
          </w:p>
        </w:tc>
      </w:tr>
      <w:tr w:rsidR="00BF7C20" w:rsidRPr="00D25FEF" w:rsidTr="00972B2A">
        <w:trPr>
          <w:trHeight w:val="5624"/>
          <w:jc w:val="center"/>
        </w:trPr>
        <w:tc>
          <w:tcPr>
            <w:tcW w:w="988" w:type="dxa"/>
            <w:shd w:val="clear" w:color="auto" w:fill="EAF1F6"/>
            <w:tcMar>
              <w:top w:w="100" w:type="dxa"/>
              <w:left w:w="70" w:type="dxa"/>
              <w:bottom w:w="80" w:type="dxa"/>
              <w:right w:w="70" w:type="dxa"/>
            </w:tcMar>
          </w:tcPr>
          <w:p w:rsidR="00BF7C20" w:rsidRPr="00C45D2E" w:rsidRDefault="00BF7C20" w:rsidP="00BF7C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</w:rPr>
              <w:t>14:30–16:30</w:t>
            </w:r>
          </w:p>
        </w:tc>
        <w:tc>
          <w:tcPr>
            <w:tcW w:w="13926" w:type="dxa"/>
            <w:gridSpan w:val="5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BF7C20" w:rsidRPr="00332DE8" w:rsidRDefault="00BF7C20" w:rsidP="00BF7C20">
            <w:pPr>
              <w:pStyle w:val="ProgTyp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Церемония награждения победителей I Всероссийского конкурса лучших проектов комплексного развития территорий</w:t>
            </w:r>
          </w:p>
          <w:p w:rsidR="00BF7C20" w:rsidRPr="00332DE8" w:rsidRDefault="00BF7C20" w:rsidP="00BF7C20">
            <w:pPr>
              <w:pStyle w:val="ProgType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BF7C20" w:rsidRPr="00332DE8" w:rsidRDefault="00BF7C20" w:rsidP="00BF7C20">
            <w:pPr>
              <w:pStyle w:val="ProgTyp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Награждающие:</w:t>
            </w:r>
          </w:p>
          <w:p w:rsidR="00BF7C20" w:rsidRPr="00332DE8" w:rsidRDefault="00BF7C20" w:rsidP="00BF7C20">
            <w:pPr>
              <w:pStyle w:val="ProgType"/>
              <w:numPr>
                <w:ilvl w:val="0"/>
                <w:numId w:val="21"/>
              </w:numPr>
              <w:ind w:left="480" w:firstLine="0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Хуснуллин Марат Шакирзянович – </w:t>
            </w:r>
            <w:r w:rsidRPr="00332DE8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  <w:lang w:val="ru-RU"/>
              </w:rPr>
              <w:t>Заместитель Председателя Правительства Российской Федерации;</w:t>
            </w:r>
          </w:p>
          <w:p w:rsidR="00BF7C20" w:rsidRPr="00332DE8" w:rsidRDefault="00BF7C20" w:rsidP="00BF7C20">
            <w:pPr>
              <w:pStyle w:val="ProgType"/>
              <w:numPr>
                <w:ilvl w:val="0"/>
                <w:numId w:val="21"/>
              </w:numPr>
              <w:ind w:left="480" w:firstLine="0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Ломакин Александр Николаевич – 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Первый заместитель Министра строительства и жилищно – коммунального хозяйства Российской Федерации;</w:t>
            </w:r>
          </w:p>
          <w:p w:rsidR="00BF7C20" w:rsidRPr="00332DE8" w:rsidRDefault="00BF7C20" w:rsidP="00BF7C20">
            <w:pPr>
              <w:pStyle w:val="ProgType"/>
              <w:numPr>
                <w:ilvl w:val="0"/>
                <w:numId w:val="21"/>
              </w:numPr>
              <w:ind w:left="48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Ересько</w:t>
            </w:r>
            <w:proofErr w:type="spellEnd"/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Алексей Васильевич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– 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ru-RU"/>
              </w:rPr>
              <w:t>заместитель Министра строительства и жилищно-коммунального хозяйства Российской Федерации;</w:t>
            </w:r>
          </w:p>
          <w:p w:rsidR="00BF7C20" w:rsidRPr="00332DE8" w:rsidRDefault="00BF7C20" w:rsidP="00BF7C20">
            <w:pPr>
              <w:pStyle w:val="ProgType"/>
              <w:numPr>
                <w:ilvl w:val="0"/>
                <w:numId w:val="21"/>
              </w:numPr>
              <w:ind w:left="48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Синичич Мария Владимировна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– Директор Департамента ко</w:t>
            </w:r>
            <w:r w:rsidR="005B353D"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мплексного развития территорий М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инистерства строительства и жилищно-коммунального хозяйства Российской Федерации.</w:t>
            </w:r>
          </w:p>
          <w:p w:rsidR="00BF7C20" w:rsidRPr="00332DE8" w:rsidRDefault="00BF7C20" w:rsidP="00BF7C20">
            <w:pPr>
              <w:pStyle w:val="ProgTyp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Ведущие:</w:t>
            </w:r>
          </w:p>
          <w:p w:rsidR="00BF7C20" w:rsidRPr="00332DE8" w:rsidRDefault="00BF7C20" w:rsidP="00BF7C20">
            <w:pPr>
              <w:pStyle w:val="ProgType"/>
              <w:numPr>
                <w:ilvl w:val="0"/>
                <w:numId w:val="19"/>
              </w:numPr>
              <w:ind w:left="424" w:firstLine="0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proofErr w:type="spellStart"/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Зейналова</w:t>
            </w:r>
            <w:proofErr w:type="spellEnd"/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Светлана </w:t>
            </w:r>
            <w:proofErr w:type="spellStart"/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Автандиловна</w:t>
            </w:r>
            <w:proofErr w:type="spellEnd"/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ведущая утренней телепрограммы «Доброе утро» на «Первом канале»;</w:t>
            </w:r>
          </w:p>
          <w:p w:rsidR="00BF7C20" w:rsidRPr="00332DE8" w:rsidRDefault="00BF7C20" w:rsidP="00BF7C20">
            <w:pPr>
              <w:pStyle w:val="ProgType"/>
              <w:numPr>
                <w:ilvl w:val="0"/>
                <w:numId w:val="19"/>
              </w:numPr>
              <w:ind w:left="424" w:firstLine="0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Курманов Анатолий Анатольевич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– Председатель Экспертного совета АНО «Центр компетенций «Умный город».</w:t>
            </w:r>
          </w:p>
          <w:p w:rsidR="00BF7C20" w:rsidRPr="00332DE8" w:rsidRDefault="00BF7C20" w:rsidP="00BF7C20">
            <w:pPr>
              <w:pStyle w:val="ProgTyp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F7C20" w:rsidRPr="00332DE8" w:rsidRDefault="00BF7C20" w:rsidP="00BF7C20">
            <w:pPr>
              <w:pStyle w:val="ProgType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Награждаются победители и финалисты конкурса:</w:t>
            </w:r>
          </w:p>
          <w:p w:rsidR="00BF7C20" w:rsidRPr="00332DE8" w:rsidRDefault="00BF7C20" w:rsidP="00BF7C20">
            <w:pPr>
              <w:pStyle w:val="ProgType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• субъекты Российской Федерации / органы местного самоуправления;</w:t>
            </w:r>
          </w:p>
          <w:p w:rsidR="00BF7C20" w:rsidRPr="00332DE8" w:rsidRDefault="00BF7C20" w:rsidP="00BF7C20">
            <w:pPr>
              <w:pStyle w:val="ProgTyp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• операторы/правообладатели проектов КРТ / девелоперы.</w:t>
            </w:r>
          </w:p>
        </w:tc>
      </w:tr>
      <w:tr w:rsidR="00BF7C20" w:rsidRPr="00BF7C20" w:rsidTr="00BF7C20">
        <w:trPr>
          <w:cantSplit/>
          <w:jc w:val="center"/>
        </w:trPr>
        <w:tc>
          <w:tcPr>
            <w:tcW w:w="988" w:type="dxa"/>
            <w:shd w:val="clear" w:color="auto" w:fill="EAF1F6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BF7C20" w:rsidRPr="00C45D2E" w:rsidRDefault="00BF7C20" w:rsidP="00BF7C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</w:rPr>
              <w:t>16:30–17:00</w:t>
            </w:r>
          </w:p>
        </w:tc>
        <w:tc>
          <w:tcPr>
            <w:tcW w:w="11198" w:type="dxa"/>
            <w:gridSpan w:val="4"/>
            <w:shd w:val="clear" w:color="auto" w:fill="F7F9FB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BF7C20" w:rsidRPr="00C45D2E" w:rsidRDefault="00BF7C20" w:rsidP="00BF7C20">
            <w:pPr>
              <w:pStyle w:val="Prog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</w:rPr>
              <w:t>Кофе</w:t>
            </w: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C45D2E">
              <w:rPr>
                <w:rFonts w:ascii="Times New Roman" w:hAnsi="Times New Roman" w:cs="Times New Roman"/>
                <w:sz w:val="24"/>
                <w:szCs w:val="24"/>
              </w:rPr>
              <w:t>брейк</w:t>
            </w:r>
          </w:p>
        </w:tc>
        <w:tc>
          <w:tcPr>
            <w:tcW w:w="2728" w:type="dxa"/>
            <w:shd w:val="clear" w:color="auto" w:fill="F7F9FB"/>
          </w:tcPr>
          <w:p w:rsidR="00BF7C20" w:rsidRPr="00332DE8" w:rsidRDefault="00BF7C20" w:rsidP="00BF7C20">
            <w:pPr>
              <w:pStyle w:val="ProgTitl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 сборника статей по тематике КРТ.</w:t>
            </w:r>
          </w:p>
          <w:p w:rsidR="00BF7C20" w:rsidRPr="00332DE8" w:rsidRDefault="00BF7C20" w:rsidP="00BF7C20">
            <w:pPr>
              <w:pStyle w:val="ProgTitl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F7C20" w:rsidRPr="00332DE8" w:rsidRDefault="00BF7C20" w:rsidP="00BF7C20">
            <w:pPr>
              <w:pStyle w:val="ProgTitle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Спикеры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:</w:t>
            </w:r>
          </w:p>
          <w:p w:rsidR="00BF7C20" w:rsidRPr="00332DE8" w:rsidRDefault="00BF7C20" w:rsidP="00972B2A">
            <w:pPr>
              <w:pStyle w:val="ProgTitle"/>
              <w:numPr>
                <w:ilvl w:val="0"/>
                <w:numId w:val="22"/>
              </w:numPr>
              <w:ind w:left="316" w:firstLine="0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Синичич Мария Владимировна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– Директор Департамента ко</w:t>
            </w:r>
            <w:r w:rsidR="005B353D"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мплексного развития территорий М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инистерства строительства и жилищно-коммунального хозяйства Российской Федерации;</w:t>
            </w:r>
          </w:p>
          <w:p w:rsidR="00BF7C20" w:rsidRPr="00BF7C20" w:rsidRDefault="00BF7C20" w:rsidP="00972B2A">
            <w:pPr>
              <w:pStyle w:val="ProgTitle"/>
              <w:numPr>
                <w:ilvl w:val="0"/>
                <w:numId w:val="22"/>
              </w:numPr>
              <w:ind w:left="316" w:firstLine="0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Авторы статей 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– уточняются.</w:t>
            </w:r>
          </w:p>
        </w:tc>
      </w:tr>
      <w:tr w:rsidR="00BF7C20" w:rsidRPr="00294BCB" w:rsidTr="00D25FEF">
        <w:trPr>
          <w:jc w:val="center"/>
        </w:trPr>
        <w:tc>
          <w:tcPr>
            <w:tcW w:w="988" w:type="dxa"/>
            <w:shd w:val="clear" w:color="auto" w:fill="163B5C"/>
            <w:tcMar>
              <w:top w:w="100" w:type="dxa"/>
              <w:left w:w="70" w:type="dxa"/>
              <w:bottom w:w="80" w:type="dxa"/>
              <w:right w:w="70" w:type="dxa"/>
            </w:tcMar>
          </w:tcPr>
          <w:p w:rsidR="00BF7C20" w:rsidRPr="00434063" w:rsidRDefault="00BF7C20" w:rsidP="00BF7C20">
            <w:pPr>
              <w:jc w:val="center"/>
              <w:rPr>
                <w:rFonts w:ascii="Times New Roman" w:hAnsi="Times New Roman" w:cs="Times New Roman"/>
                <w:b/>
                <w:color w:val="FFFFFF"/>
                <w:sz w:val="28"/>
                <w:szCs w:val="28"/>
                <w:lang w:val="ru-RU"/>
              </w:rPr>
            </w:pPr>
          </w:p>
        </w:tc>
        <w:tc>
          <w:tcPr>
            <w:tcW w:w="2723" w:type="dxa"/>
            <w:shd w:val="clear" w:color="auto" w:fill="163B5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F7C20" w:rsidRPr="00A675EC" w:rsidRDefault="00BF7C20" w:rsidP="00BF7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EC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КОНГРЕСС-ЗАЛ</w:t>
            </w:r>
          </w:p>
        </w:tc>
        <w:tc>
          <w:tcPr>
            <w:tcW w:w="2724" w:type="dxa"/>
            <w:shd w:val="clear" w:color="auto" w:fill="163B5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F7C20" w:rsidRPr="00A675EC" w:rsidRDefault="00BF7C20" w:rsidP="00BF7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EC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МАЛЫЙ ЗАЛ</w:t>
            </w:r>
          </w:p>
        </w:tc>
        <w:tc>
          <w:tcPr>
            <w:tcW w:w="2916" w:type="dxa"/>
            <w:shd w:val="clear" w:color="auto" w:fill="163B5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BF7C20" w:rsidRPr="00A675EC" w:rsidRDefault="00BF7C20" w:rsidP="00BF7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EC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ЗАЛ ПРЕСС-</w:t>
            </w:r>
            <w:r w:rsidRPr="00A675EC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ru-RU"/>
              </w:rPr>
              <w:t>МЕРОПРИЯТИЙ</w:t>
            </w:r>
          </w:p>
        </w:tc>
        <w:tc>
          <w:tcPr>
            <w:tcW w:w="2835" w:type="dxa"/>
            <w:shd w:val="clear" w:color="auto" w:fill="163B5C"/>
            <w:vAlign w:val="center"/>
          </w:tcPr>
          <w:p w:rsidR="00BF7C20" w:rsidRPr="00A675EC" w:rsidRDefault="00BF7C20" w:rsidP="00BF7C20">
            <w:pPr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ru-RU"/>
              </w:rPr>
            </w:pPr>
            <w:r w:rsidRPr="00A675EC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ru-RU"/>
              </w:rPr>
              <w:t>ПЕРЕГОВОРНАЯ №5</w:t>
            </w:r>
          </w:p>
        </w:tc>
        <w:tc>
          <w:tcPr>
            <w:tcW w:w="2728" w:type="dxa"/>
            <w:shd w:val="clear" w:color="auto" w:fill="163B5C"/>
            <w:vAlign w:val="center"/>
          </w:tcPr>
          <w:p w:rsidR="00A675EC" w:rsidRPr="00434063" w:rsidRDefault="00D25FEF" w:rsidP="00BF7C20">
            <w:pPr>
              <w:jc w:val="center"/>
              <w:rPr>
                <w:rFonts w:ascii="Times New Roman" w:hAnsi="Times New Roman" w:cs="Times New Roman"/>
                <w:b/>
                <w:color w:val="FFFFFF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ru-RU"/>
              </w:rPr>
              <w:t>ДЕЛОВАЯ ГОСТИНАЯ</w:t>
            </w:r>
          </w:p>
        </w:tc>
      </w:tr>
      <w:tr w:rsidR="00BF7C20" w:rsidRPr="00D25FEF" w:rsidTr="00593663">
        <w:trPr>
          <w:jc w:val="center"/>
        </w:trPr>
        <w:tc>
          <w:tcPr>
            <w:tcW w:w="988" w:type="dxa"/>
            <w:shd w:val="clear" w:color="auto" w:fill="EAF1F6"/>
            <w:tcMar>
              <w:top w:w="100" w:type="dxa"/>
              <w:left w:w="70" w:type="dxa"/>
              <w:bottom w:w="80" w:type="dxa"/>
              <w:right w:w="70" w:type="dxa"/>
            </w:tcMar>
          </w:tcPr>
          <w:p w:rsidR="00BF7C20" w:rsidRPr="00C45D2E" w:rsidRDefault="00BF7C20" w:rsidP="00BF7C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4" w:colLast="4"/>
            <w:r w:rsidRPr="00C45D2E">
              <w:rPr>
                <w:rFonts w:ascii="Times New Roman" w:hAnsi="Times New Roman" w:cs="Times New Roman"/>
                <w:b/>
                <w:sz w:val="24"/>
                <w:szCs w:val="24"/>
              </w:rPr>
              <w:t>17:00–19:00</w:t>
            </w:r>
          </w:p>
        </w:tc>
        <w:tc>
          <w:tcPr>
            <w:tcW w:w="272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BF7C20" w:rsidRPr="00C45D2E" w:rsidRDefault="00BF7C20" w:rsidP="00BF7C20">
            <w:pPr>
              <w:pStyle w:val="ProgTyp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Пленарная сессия</w:t>
            </w:r>
          </w:p>
          <w:p w:rsidR="00BF7C20" w:rsidRPr="00C45D2E" w:rsidRDefault="00BF7C20" w:rsidP="00BF7C20">
            <w:pPr>
              <w:pStyle w:val="ProgTitle"/>
              <w:spacing w:after="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«Экономика КРТ: от градостроительного потенциала к реализуемому проекту»</w:t>
            </w:r>
          </w:p>
          <w:p w:rsidR="00BF7C20" w:rsidRPr="00637B0B" w:rsidRDefault="00BF7C20" w:rsidP="00BF7C20">
            <w:pPr>
              <w:pStyle w:val="ProgBody"/>
              <w:spacing w:after="80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Как сформировать финансово-экономическую модель </w:t>
            </w:r>
            <w:r w:rsidRPr="00332DE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КРТ, позволяющую превратить градостроительный потенциал территории в реализуемый проект.</w:t>
            </w:r>
          </w:p>
          <w:p w:rsidR="00BF7C20" w:rsidRPr="00637B0B" w:rsidRDefault="00BF7C20" w:rsidP="00BF7C20">
            <w:pPr>
              <w:pStyle w:val="ProgBody"/>
              <w:spacing w:after="80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  <w:lang w:val="ru-RU"/>
              </w:rPr>
            </w:pPr>
          </w:p>
          <w:p w:rsidR="00BF7C20" w:rsidRPr="00332DE8" w:rsidRDefault="00BF7C20" w:rsidP="00332DE8">
            <w:pPr>
              <w:pStyle w:val="ProgLabel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Модератор:</w:t>
            </w:r>
          </w:p>
          <w:p w:rsidR="00BF7C20" w:rsidRPr="00332DE8" w:rsidRDefault="00BF7C20" w:rsidP="00332DE8">
            <w:pPr>
              <w:pStyle w:val="ProgLabel"/>
              <w:spacing w:after="0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Синичич Мария Владимировна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– Директор Департамента ко</w:t>
            </w:r>
            <w:r w:rsidR="005B353D"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мплексного развития территорий М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инистерства строительства и жилищно-коммунального хозяйства Российской Федерации.</w:t>
            </w:r>
          </w:p>
          <w:p w:rsidR="00BF7C20" w:rsidRPr="00637B0B" w:rsidRDefault="00BF7C20" w:rsidP="00332DE8">
            <w:pPr>
              <w:pStyle w:val="ProgLabel"/>
              <w:spacing w:after="0"/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  <w:lang w:val="ru-RU"/>
              </w:rPr>
            </w:pPr>
          </w:p>
          <w:p w:rsidR="00BF7C20" w:rsidRPr="00332DE8" w:rsidRDefault="00BF7C20" w:rsidP="00332DE8">
            <w:pPr>
              <w:pStyle w:val="ProgLabel"/>
              <w:spacing w:after="0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Спикеры: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</w:p>
          <w:p w:rsidR="00BF7C20" w:rsidRPr="00332DE8" w:rsidRDefault="00BF7C20" w:rsidP="00332DE8">
            <w:pPr>
              <w:pStyle w:val="ProgLabel"/>
              <w:numPr>
                <w:ilvl w:val="0"/>
                <w:numId w:val="12"/>
              </w:numPr>
              <w:spacing w:after="0"/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Ломакин Александр Николаевич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– Первый </w:t>
            </w:r>
            <w:r w:rsidRPr="00332DE8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  <w:lang w:val="ru-RU"/>
              </w:rPr>
              <w:t>заместитель Министра строительства и жилищно-коммунального хозяйства Российской Федерации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;</w:t>
            </w:r>
          </w:p>
          <w:p w:rsidR="00BF7C20" w:rsidRPr="00332DE8" w:rsidRDefault="00BF7C20" w:rsidP="00332DE8">
            <w:pPr>
              <w:pStyle w:val="ProgLabel"/>
              <w:numPr>
                <w:ilvl w:val="0"/>
                <w:numId w:val="12"/>
              </w:numPr>
              <w:spacing w:after="0"/>
              <w:ind w:left="0" w:hanging="205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Сорокин Святослав Олегович 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–</w:t>
            </w: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заместитель Министра экономического развития Российской Федерации;</w:t>
            </w:r>
          </w:p>
          <w:p w:rsidR="00BF7C20" w:rsidRPr="00332DE8" w:rsidRDefault="00BF7C20" w:rsidP="00332DE8">
            <w:pPr>
              <w:pStyle w:val="ProgLabel"/>
              <w:numPr>
                <w:ilvl w:val="0"/>
                <w:numId w:val="12"/>
              </w:numPr>
              <w:spacing w:after="0"/>
              <w:ind w:left="0" w:hanging="205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Вед</w:t>
            </w:r>
            <w:r w:rsidR="005B353D"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рникова Лариса Геннадьевна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– заместитель Председателя Правительства– Министр по управлению имуществом и градостроительной деятельности Пермского края;</w:t>
            </w:r>
          </w:p>
          <w:p w:rsidR="00BF7C20" w:rsidRPr="00594800" w:rsidRDefault="00BF7C20" w:rsidP="00332DE8">
            <w:pPr>
              <w:pStyle w:val="ProgLabel"/>
              <w:numPr>
                <w:ilvl w:val="0"/>
                <w:numId w:val="12"/>
              </w:numPr>
              <w:spacing w:after="0"/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5948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Представитель субъекта РФ</w:t>
            </w:r>
            <w:r w:rsidRPr="00594800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– уточняется;</w:t>
            </w:r>
          </w:p>
          <w:p w:rsidR="00BF7C20" w:rsidRPr="00594800" w:rsidRDefault="00BF7C20" w:rsidP="00332DE8">
            <w:pPr>
              <w:pStyle w:val="ProgLabel"/>
              <w:numPr>
                <w:ilvl w:val="0"/>
                <w:numId w:val="12"/>
              </w:numPr>
              <w:spacing w:after="0"/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5948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Представитель </w:t>
            </w:r>
            <w:r w:rsidR="005948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 РФ</w:t>
            </w:r>
            <w:r w:rsidRPr="00594800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– уточняется;</w:t>
            </w:r>
          </w:p>
          <w:p w:rsidR="00BF7C20" w:rsidRPr="00332DE8" w:rsidRDefault="00BF7C20" w:rsidP="00332DE8">
            <w:pPr>
              <w:pStyle w:val="ProgLabel"/>
              <w:numPr>
                <w:ilvl w:val="0"/>
                <w:numId w:val="12"/>
              </w:numPr>
              <w:spacing w:after="0"/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5948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Представитель</w:t>
            </w: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компании девелопера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– уточняется;</w:t>
            </w:r>
          </w:p>
          <w:p w:rsidR="00BF7C20" w:rsidRPr="00332DE8" w:rsidRDefault="00BF7C20" w:rsidP="00332DE8">
            <w:pPr>
              <w:pStyle w:val="ProgLabel"/>
              <w:numPr>
                <w:ilvl w:val="0"/>
                <w:numId w:val="12"/>
              </w:numPr>
              <w:spacing w:after="0"/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Представитель компании </w:t>
            </w:r>
            <w:r w:rsidR="005948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проектировщика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– уточняется.</w:t>
            </w:r>
          </w:p>
          <w:p w:rsidR="00332DE8" w:rsidRPr="00332DE8" w:rsidRDefault="00332DE8" w:rsidP="00332DE8">
            <w:pPr>
              <w:pStyle w:val="ProgLabel"/>
              <w:numPr>
                <w:ilvl w:val="0"/>
                <w:numId w:val="12"/>
              </w:numPr>
              <w:spacing w:after="0"/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proofErr w:type="spellStart"/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Наринский</w:t>
            </w:r>
            <w:proofErr w:type="spellEnd"/>
            <w:r w:rsidRPr="00332D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Дмитрий Михайлович-</w:t>
            </w:r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профессор МААМ, преподаватель ВШЭ, ФАУ «</w:t>
            </w:r>
            <w:proofErr w:type="spellStart"/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Роскапстрой</w:t>
            </w:r>
            <w:proofErr w:type="spellEnd"/>
            <w:r w:rsidRPr="00332DE8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»</w:t>
            </w:r>
          </w:p>
          <w:p w:rsidR="00BF7C20" w:rsidRPr="00637B0B" w:rsidRDefault="00BF7C20" w:rsidP="00332DE8">
            <w:pPr>
              <w:pStyle w:val="ProgLabel"/>
              <w:spacing w:after="0"/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  <w:lang w:val="ru-RU"/>
              </w:rPr>
            </w:pPr>
          </w:p>
          <w:p w:rsidR="00BF7C20" w:rsidRPr="00594800" w:rsidRDefault="00BF7C20" w:rsidP="00594800">
            <w:pPr>
              <w:pStyle w:val="ProgLabel"/>
              <w:spacing w:after="20"/>
              <w:ind w:left="132" w:right="14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8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Вопросы для обсуждения:</w:t>
            </w:r>
          </w:p>
          <w:p w:rsidR="00BF7C20" w:rsidRPr="00594800" w:rsidRDefault="00BF7C20" w:rsidP="00594800">
            <w:pPr>
              <w:pStyle w:val="ProgBody"/>
              <w:spacing w:after="20"/>
              <w:ind w:left="132" w:right="14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8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финансово-экономическая модель проекта КРТ;</w:t>
            </w:r>
          </w:p>
          <w:p w:rsidR="00BF7C20" w:rsidRPr="00594800" w:rsidRDefault="00BF7C20" w:rsidP="00594800">
            <w:pPr>
              <w:pStyle w:val="ProgBody"/>
              <w:spacing w:after="20"/>
              <w:ind w:left="132" w:right="14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8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стоимость расселения, освобождения территории и создания инфраструктуры;</w:t>
            </w:r>
          </w:p>
          <w:p w:rsidR="00BF7C20" w:rsidRPr="00594800" w:rsidRDefault="00BF7C20" w:rsidP="00594800">
            <w:pPr>
              <w:pStyle w:val="ProgBody"/>
              <w:spacing w:after="20"/>
              <w:ind w:left="132" w:right="14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8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баланс обязательств публичной стороны и инвестора;</w:t>
            </w:r>
          </w:p>
          <w:p w:rsidR="00BF7C20" w:rsidRPr="00594800" w:rsidRDefault="00BF7C20" w:rsidP="00594800">
            <w:pPr>
              <w:pStyle w:val="ProgBody"/>
              <w:spacing w:after="20"/>
              <w:ind w:left="132" w:right="14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8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банковское финансирование и требования к экономике проекта;</w:t>
            </w:r>
          </w:p>
          <w:p w:rsidR="00BF7C20" w:rsidRPr="00594800" w:rsidRDefault="00BF7C20" w:rsidP="00594800">
            <w:pPr>
              <w:pStyle w:val="ProgBody"/>
              <w:spacing w:after="20"/>
              <w:ind w:left="132" w:right="14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8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инструменты повышения экономической устойчивости проектов КРТ.</w:t>
            </w:r>
          </w:p>
          <w:p w:rsidR="00BF7C20" w:rsidRPr="00594800" w:rsidRDefault="00BF7C20" w:rsidP="00594800">
            <w:pPr>
              <w:pStyle w:val="ProgBody"/>
              <w:spacing w:after="20"/>
              <w:ind w:left="132" w:right="14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F7C20" w:rsidRPr="00594800" w:rsidRDefault="00BF7C20" w:rsidP="00594800">
            <w:pPr>
              <w:pStyle w:val="ProgBody"/>
              <w:spacing w:after="20"/>
              <w:ind w:left="132" w:right="14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8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Участники: </w:t>
            </w:r>
            <w:r w:rsidRPr="005948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представители региональных и муниципальных органов власти, руководители и специалисты девелоперских компаний, представители банков, финансовых институтов и институтов развития, представители ресурсоснабжающих и инфраструктурных организаций, специалисты в сфере экономики и финансирования проектов.</w:t>
            </w:r>
          </w:p>
          <w:p w:rsidR="00BF7C20" w:rsidRPr="00594800" w:rsidRDefault="00BF7C20" w:rsidP="00594800">
            <w:pPr>
              <w:pStyle w:val="ProgBody"/>
              <w:spacing w:after="20"/>
              <w:ind w:left="132" w:right="14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BF7C20" w:rsidRPr="00C45D2E" w:rsidRDefault="00BF7C20" w:rsidP="00594800">
            <w:pPr>
              <w:pStyle w:val="ProgBody"/>
              <w:spacing w:after="20"/>
              <w:ind w:left="132" w:right="14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948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Формат: </w:t>
            </w:r>
            <w:r w:rsidRPr="005948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спикеры выступают с докладами по подводкам модератора по очереди, </w:t>
            </w:r>
            <w:proofErr w:type="spellStart"/>
            <w:r w:rsidRPr="005948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хедлайнер</w:t>
            </w:r>
            <w:proofErr w:type="spellEnd"/>
            <w:r w:rsidRPr="005948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сессии подводит итог.</w:t>
            </w:r>
          </w:p>
        </w:tc>
        <w:tc>
          <w:tcPr>
            <w:tcW w:w="272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BF7C20" w:rsidRPr="00C45D2E" w:rsidRDefault="00BF7C20" w:rsidP="00BF7C20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Панельная сессия</w:t>
            </w:r>
          </w:p>
          <w:p w:rsidR="00BF7C20" w:rsidRPr="00C45D2E" w:rsidRDefault="00BF7C20" w:rsidP="00BF7C20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«Цифровые технологии и управление развитием территорий»</w:t>
            </w:r>
          </w:p>
          <w:p w:rsidR="00BF7C20" w:rsidRPr="00C45D2E" w:rsidRDefault="00BF7C20" w:rsidP="00BF7C20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Сессия по применению данных и цифровых инструментов при планировании и реализации проектов развития территорий</w:t>
            </w: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  <w:p w:rsidR="00BF7C20" w:rsidRPr="00C45D2E" w:rsidRDefault="00BF7C20" w:rsidP="00BF7C20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F7C20" w:rsidRPr="00C45D2E" w:rsidRDefault="00BF7C20" w:rsidP="00BF7C20">
            <w:pPr>
              <w:pStyle w:val="ProgLabel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Модератор:</w:t>
            </w:r>
          </w:p>
          <w:p w:rsidR="00BF7C20" w:rsidRPr="00C45D2E" w:rsidRDefault="00BF7C20" w:rsidP="00BF7C20">
            <w:pPr>
              <w:pStyle w:val="ProgLabel"/>
              <w:spacing w:after="0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Баранова Екатерина Александровна</w:t>
            </w: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– ответственный секретарь отраслевого комитета Строительства и ЖКХ.</w:t>
            </w:r>
          </w:p>
          <w:p w:rsidR="00BF7C20" w:rsidRPr="00C45D2E" w:rsidRDefault="00BF7C20" w:rsidP="00BF7C20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F7C20" w:rsidRPr="00C45D2E" w:rsidRDefault="00BF7C20" w:rsidP="00BF7C20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Спикеры</w:t>
            </w: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</w:p>
          <w:p w:rsidR="00BF7C20" w:rsidRPr="00C45D2E" w:rsidRDefault="00BF7C20" w:rsidP="00BF7C20">
            <w:pPr>
              <w:pStyle w:val="ProgBody"/>
              <w:numPr>
                <w:ilvl w:val="0"/>
                <w:numId w:val="13"/>
              </w:numPr>
              <w:spacing w:after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Михайлик Константин Александрович</w:t>
            </w: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C45D2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заместитель Министра строительства и жилищно-коммунального хозяйства Российской Федерации</w:t>
            </w: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BF7C20" w:rsidRPr="00C45D2E" w:rsidRDefault="00BF7C20" w:rsidP="00BF7C20">
            <w:pPr>
              <w:pStyle w:val="ProgBody"/>
              <w:numPr>
                <w:ilvl w:val="0"/>
                <w:numId w:val="13"/>
              </w:numPr>
              <w:spacing w:after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Викторов Михаил Юрьевич </w:t>
            </w: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Президент Ассоциации «Национальное объединение организаций в сфере технологий информационного моделирования»;</w:t>
            </w:r>
          </w:p>
          <w:p w:rsidR="00BF7C20" w:rsidRPr="00C45D2E" w:rsidRDefault="00BF7C20" w:rsidP="00BF7C20">
            <w:pPr>
              <w:pStyle w:val="ProgBody"/>
              <w:numPr>
                <w:ilvl w:val="0"/>
                <w:numId w:val="13"/>
              </w:numPr>
              <w:spacing w:after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Представитель субъекта РФ</w:t>
            </w: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уточняется;</w:t>
            </w:r>
          </w:p>
          <w:p w:rsidR="00BF7C20" w:rsidRPr="00C45D2E" w:rsidRDefault="00BF7C20" w:rsidP="00BF7C20">
            <w:pPr>
              <w:pStyle w:val="ProgBody"/>
              <w:numPr>
                <w:ilvl w:val="0"/>
                <w:numId w:val="13"/>
              </w:numPr>
              <w:spacing w:after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Представитель субъекта РФ</w:t>
            </w: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уточняется;</w:t>
            </w:r>
          </w:p>
          <w:p w:rsidR="00BF7C20" w:rsidRPr="00C45D2E" w:rsidRDefault="00BF7C20" w:rsidP="00BF7C20">
            <w:pPr>
              <w:pStyle w:val="ProgLabel"/>
              <w:numPr>
                <w:ilvl w:val="0"/>
                <w:numId w:val="13"/>
              </w:numPr>
              <w:spacing w:after="0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Представитель компании девелопера</w:t>
            </w: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– уточняется;</w:t>
            </w:r>
          </w:p>
          <w:p w:rsidR="00BF7C20" w:rsidRPr="00C45D2E" w:rsidRDefault="00BF7C20" w:rsidP="00BF7C20">
            <w:pPr>
              <w:pStyle w:val="ProgBody"/>
              <w:numPr>
                <w:ilvl w:val="0"/>
                <w:numId w:val="13"/>
              </w:numPr>
              <w:spacing w:after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Представитель компании оператора и разработчика информационных систем</w:t>
            </w: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уточняется.</w:t>
            </w:r>
          </w:p>
          <w:p w:rsidR="00BF7C20" w:rsidRPr="00C45D2E" w:rsidRDefault="00BF7C20" w:rsidP="00BF7C20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F7C20" w:rsidRPr="00C45D2E" w:rsidRDefault="00BF7C20" w:rsidP="00BF7C20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Вопросы для обсуждения:</w:t>
            </w:r>
          </w:p>
          <w:p w:rsidR="00BF7C20" w:rsidRPr="00C45D2E" w:rsidRDefault="00BF7C20" w:rsidP="00BF7C20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данные как основа принятия решений о развитии территорий;</w:t>
            </w:r>
          </w:p>
          <w:p w:rsidR="00BF7C20" w:rsidRPr="00C45D2E" w:rsidRDefault="00BF7C20" w:rsidP="00BF7C20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цифровая модель территории и проекта;</w:t>
            </w:r>
          </w:p>
          <w:p w:rsidR="00BF7C20" w:rsidRPr="00C45D2E" w:rsidRDefault="00BF7C20" w:rsidP="00BF7C20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интеграция государственных информационных систем, данных девелоперов и РСО;</w:t>
            </w:r>
          </w:p>
          <w:p w:rsidR="00BF7C20" w:rsidRPr="00C45D2E" w:rsidRDefault="00BF7C20" w:rsidP="00BF7C20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цифровой контроль сроков, обязательств и реализации проекта;</w:t>
            </w:r>
          </w:p>
          <w:p w:rsidR="00BF7C20" w:rsidRPr="00C45D2E" w:rsidRDefault="00BF7C20" w:rsidP="00BF7C20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• искусственный интеллект и новые инструменты управления развитием территорий.</w:t>
            </w:r>
          </w:p>
          <w:p w:rsidR="00BF7C20" w:rsidRPr="00C45D2E" w:rsidRDefault="00BF7C20" w:rsidP="00BF7C20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F7C20" w:rsidRPr="00C45D2E" w:rsidRDefault="00BF7C20" w:rsidP="00BF7C20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Участники</w:t>
            </w: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представители региональных и муниципальных органов власти, руководители и специалисты девелоперских компаний, представители технических заказчиков и ресурсоснабжающих организаций, специалисты по цифровизации и управлению строительными проектами, разработчики и операторы государственных информационных систем.</w:t>
            </w:r>
          </w:p>
          <w:p w:rsidR="00BF7C20" w:rsidRPr="00C45D2E" w:rsidRDefault="00BF7C20" w:rsidP="00BF7C20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F7C20" w:rsidRPr="00C45D2E" w:rsidRDefault="00BF7C20" w:rsidP="00BF7C20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Формат:</w:t>
            </w: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спикеры выступают с докладами по шаблону презентации с обратной связью от </w:t>
            </w:r>
            <w:proofErr w:type="spellStart"/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хедлайнера</w:t>
            </w:r>
            <w:proofErr w:type="spellEnd"/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сессии. </w:t>
            </w:r>
          </w:p>
        </w:tc>
        <w:tc>
          <w:tcPr>
            <w:tcW w:w="291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25FEF" w:rsidRPr="00C45D2E" w:rsidRDefault="00D25FEF" w:rsidP="00D25FEF">
            <w:pPr>
              <w:pStyle w:val="ProgTyp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Круглый стол</w:t>
            </w:r>
          </w:p>
          <w:p w:rsidR="00D25FEF" w:rsidRPr="00C45D2E" w:rsidRDefault="00D25FEF" w:rsidP="00D25FEF">
            <w:pPr>
              <w:pStyle w:val="ProgTyp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«Технологии для строительной отрасли»</w:t>
            </w:r>
          </w:p>
          <w:p w:rsidR="00D25FEF" w:rsidRPr="00C45D2E" w:rsidRDefault="00D25FEF" w:rsidP="00D25FEF">
            <w:pPr>
              <w:pStyle w:val="ProgType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Диалог заказчиков, производителей и технологических компаний о практическом применении новых материалов, оборудования и технологий в строительстве.</w:t>
            </w:r>
          </w:p>
          <w:p w:rsidR="00D25FEF" w:rsidRPr="00C45D2E" w:rsidRDefault="00D25FEF" w:rsidP="00D25FEF">
            <w:pPr>
              <w:pStyle w:val="ProgType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D25FEF" w:rsidRPr="00C45D2E" w:rsidRDefault="00D25FEF" w:rsidP="00D25FEF">
            <w:pPr>
              <w:pStyle w:val="ProgLabel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Модератор:</w:t>
            </w:r>
          </w:p>
          <w:p w:rsidR="00D25FEF" w:rsidRPr="00C45D2E" w:rsidRDefault="00D25FEF" w:rsidP="00D25FEF">
            <w:pPr>
              <w:pStyle w:val="ProgLabel"/>
              <w:spacing w:after="0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Изотов Александр Анатольевич</w:t>
            </w: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– генеральный директор Национального центра НТИ «Индустрия 4 – 0».</w:t>
            </w:r>
          </w:p>
          <w:p w:rsidR="00D25FEF" w:rsidRPr="00C45D2E" w:rsidRDefault="00D25FEF" w:rsidP="00D25FEF">
            <w:pPr>
              <w:pStyle w:val="ProgType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D25FEF" w:rsidRPr="00C45D2E" w:rsidRDefault="00D25FEF" w:rsidP="00D25FEF">
            <w:pPr>
              <w:pStyle w:val="ProgType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Спикеры:</w:t>
            </w: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</w:p>
          <w:p w:rsidR="00D25FEF" w:rsidRDefault="00D25FEF" w:rsidP="00D25FEF">
            <w:pPr>
              <w:pStyle w:val="ProgType"/>
              <w:numPr>
                <w:ilvl w:val="0"/>
                <w:numId w:val="14"/>
              </w:numPr>
              <w:ind w:left="449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Музыченко Сергей Григорьевич</w:t>
            </w: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– </w:t>
            </w:r>
            <w:r w:rsidRPr="00C45D2E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  <w:lang w:val="ru-RU"/>
              </w:rPr>
              <w:t>заместитель Министра строительства и жилищно-коммунального хозяйства Российской Федерации</w:t>
            </w: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;</w:t>
            </w:r>
          </w:p>
          <w:p w:rsidR="00D25FEF" w:rsidRPr="00C45D2E" w:rsidRDefault="00D25FEF" w:rsidP="00D25FEF">
            <w:pPr>
              <w:pStyle w:val="ProgType"/>
              <w:numPr>
                <w:ilvl w:val="0"/>
                <w:numId w:val="14"/>
              </w:numPr>
              <w:ind w:left="449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Калинкин Владимир Николаевич </w:t>
            </w:r>
            <w:r w:rsidRPr="00A675EC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–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r w:rsidRPr="00A675EC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директор </w:t>
            </w:r>
            <w:r w:rsidRPr="00A675EC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  <w:lang w:val="ru-RU"/>
              </w:rPr>
              <w:t>ФАУ «ФЦС»</w:t>
            </w:r>
          </w:p>
          <w:p w:rsidR="00D25FEF" w:rsidRPr="00C45D2E" w:rsidRDefault="00D25FEF" w:rsidP="00D25FEF">
            <w:pPr>
              <w:pStyle w:val="ProgType"/>
              <w:numPr>
                <w:ilvl w:val="0"/>
                <w:numId w:val="14"/>
              </w:numPr>
              <w:ind w:left="449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Никитин Алексей Сергеевич </w:t>
            </w: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– Президент Ассоциации «Национальное объединение технических заказчиков и иных организаций в сфере инжиниринга и управления строительством»;</w:t>
            </w:r>
          </w:p>
          <w:p w:rsidR="00D25FEF" w:rsidRPr="00C45D2E" w:rsidRDefault="00D25FEF" w:rsidP="00D25FEF">
            <w:pPr>
              <w:pStyle w:val="ProgType"/>
              <w:numPr>
                <w:ilvl w:val="0"/>
                <w:numId w:val="14"/>
              </w:numPr>
              <w:ind w:left="449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Представитель компании девелопера</w:t>
            </w: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– уточняется;</w:t>
            </w:r>
          </w:p>
          <w:p w:rsidR="00D25FEF" w:rsidRPr="00C45D2E" w:rsidRDefault="00D25FEF" w:rsidP="00D25FEF">
            <w:pPr>
              <w:pStyle w:val="ProgType"/>
              <w:numPr>
                <w:ilvl w:val="0"/>
                <w:numId w:val="14"/>
              </w:numPr>
              <w:ind w:left="449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Представитель компании генподрядчика</w:t>
            </w: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– уточняется;</w:t>
            </w:r>
          </w:p>
          <w:p w:rsidR="00D25FEF" w:rsidRPr="00C45D2E" w:rsidRDefault="00D25FEF" w:rsidP="00D25FEF">
            <w:pPr>
              <w:pStyle w:val="ProgType"/>
              <w:numPr>
                <w:ilvl w:val="0"/>
                <w:numId w:val="14"/>
              </w:numPr>
              <w:ind w:left="449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Представитель производителей строительных материалов и оборудования</w:t>
            </w: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– уточняется;</w:t>
            </w:r>
          </w:p>
          <w:p w:rsidR="00D25FEF" w:rsidRPr="00C45D2E" w:rsidRDefault="00D25FEF" w:rsidP="00D25FEF">
            <w:pPr>
              <w:pStyle w:val="ProgType"/>
              <w:numPr>
                <w:ilvl w:val="0"/>
                <w:numId w:val="14"/>
              </w:numPr>
              <w:ind w:left="449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Представитель технологической компании</w:t>
            </w: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–уточняется.</w:t>
            </w:r>
          </w:p>
          <w:p w:rsidR="00D25FEF" w:rsidRPr="00C45D2E" w:rsidRDefault="00D25FEF" w:rsidP="00D25FEF">
            <w:pPr>
              <w:pStyle w:val="ProgType"/>
              <w:ind w:left="449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</w:p>
          <w:p w:rsidR="00D25FEF" w:rsidRPr="00C45D2E" w:rsidRDefault="00D25FEF" w:rsidP="00D25FEF">
            <w:pPr>
              <w:pStyle w:val="ProgTyp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Вопросы для обсуждения:</w:t>
            </w:r>
          </w:p>
          <w:p w:rsidR="00D25FEF" w:rsidRPr="00C45D2E" w:rsidRDefault="00D25FEF" w:rsidP="00D25FEF">
            <w:pPr>
              <w:pStyle w:val="ProgType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• потребности девелоперов и генподрядчиков в новых материалах, оборудовании и технологиях;</w:t>
            </w:r>
          </w:p>
          <w:p w:rsidR="00D25FEF" w:rsidRPr="00C45D2E" w:rsidRDefault="00D25FEF" w:rsidP="00D25FEF">
            <w:pPr>
              <w:pStyle w:val="ProgType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• требования заказчиков к новым решениям;</w:t>
            </w:r>
          </w:p>
          <w:p w:rsidR="00D25FEF" w:rsidRPr="00C45D2E" w:rsidRDefault="00D25FEF" w:rsidP="00D25FEF">
            <w:pPr>
              <w:pStyle w:val="ProgType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• снижение стоимости и сроков строительства;</w:t>
            </w:r>
          </w:p>
          <w:p w:rsidR="00D25FEF" w:rsidRPr="00C45D2E" w:rsidRDefault="00D25FEF" w:rsidP="00D25FEF">
            <w:pPr>
              <w:pStyle w:val="ProgType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• повышение производительности и эксплуатационной эффективности;</w:t>
            </w:r>
          </w:p>
          <w:p w:rsidR="00D25FEF" w:rsidRPr="00C45D2E" w:rsidRDefault="00D25FEF" w:rsidP="00D25FEF">
            <w:pPr>
              <w:pStyle w:val="ProgType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• внедрение и масштабирование новых технологий в реальных проектах.</w:t>
            </w:r>
          </w:p>
          <w:p w:rsidR="00D25FEF" w:rsidRPr="00C45D2E" w:rsidRDefault="00D25FEF" w:rsidP="00D25FEF">
            <w:pPr>
              <w:pStyle w:val="ProgType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</w:p>
          <w:p w:rsidR="00D25FEF" w:rsidRPr="00C45D2E" w:rsidRDefault="00D25FEF" w:rsidP="00D25FEF">
            <w:pPr>
              <w:pStyle w:val="ProgType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Участники: </w:t>
            </w:r>
            <w:r w:rsidRPr="00C45D2E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руководители и специалисты девелоперских и генподрядных компаний, руководители и специалисты по закупкам, проектированию и строительству, представители производителей и поставщиков строительных материалов и оборудования, представители технологических компаний.</w:t>
            </w:r>
          </w:p>
          <w:p w:rsidR="00D25FEF" w:rsidRPr="00C45D2E" w:rsidRDefault="00D25FEF" w:rsidP="00D25FEF">
            <w:pPr>
              <w:pStyle w:val="ProgTyp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F7C20" w:rsidRPr="00C45D2E" w:rsidRDefault="00D25FEF" w:rsidP="00D25FEF">
            <w:pPr>
              <w:pStyle w:val="ProgBody"/>
              <w:spacing w:after="20"/>
              <w:ind w:left="170" w:hanging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Формат: </w:t>
            </w:r>
            <w:proofErr w:type="spellStart"/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модерируемая</w:t>
            </w:r>
            <w:proofErr w:type="spellEnd"/>
            <w:r w:rsidRPr="00C45D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дискуссия заказчиков, производителей и технологических компаний о потребностях рынка, практике применения новых решений и условиях их внедрения в проекты.</w:t>
            </w:r>
          </w:p>
        </w:tc>
        <w:tc>
          <w:tcPr>
            <w:tcW w:w="2835" w:type="dxa"/>
          </w:tcPr>
          <w:p w:rsidR="00BF7C20" w:rsidRPr="00C45D2E" w:rsidRDefault="00BF7C20" w:rsidP="00BF7C20">
            <w:pPr>
              <w:pStyle w:val="ProgType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2728" w:type="dxa"/>
          </w:tcPr>
          <w:p w:rsidR="00BF7C20" w:rsidRPr="00972B2A" w:rsidRDefault="00BF7C20" w:rsidP="00637B0B">
            <w:pPr>
              <w:pStyle w:val="ae"/>
              <w:ind w:left="31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bookmarkEnd w:id="0"/>
    </w:tbl>
    <w:p w:rsidR="00F6669E" w:rsidRPr="00434063" w:rsidRDefault="00F6669E">
      <w:pPr>
        <w:rPr>
          <w:lang w:val="ru-RU"/>
        </w:rPr>
      </w:pPr>
    </w:p>
    <w:sectPr w:rsidR="00F6669E" w:rsidRPr="00434063" w:rsidSect="00034616">
      <w:pgSz w:w="15840" w:h="12240" w:orient="landscape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5B540E84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9F50C9"/>
    <w:multiLevelType w:val="hybridMultilevel"/>
    <w:tmpl w:val="0964BD18"/>
    <w:lvl w:ilvl="0" w:tplc="041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0" w15:restartNumberingAfterBreak="0">
    <w:nsid w:val="085C6CE9"/>
    <w:multiLevelType w:val="hybridMultilevel"/>
    <w:tmpl w:val="D7D4701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EBF68CF"/>
    <w:multiLevelType w:val="hybridMultilevel"/>
    <w:tmpl w:val="3CACF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DC0819"/>
    <w:multiLevelType w:val="hybridMultilevel"/>
    <w:tmpl w:val="C8C85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3F3C00"/>
    <w:multiLevelType w:val="hybridMultilevel"/>
    <w:tmpl w:val="1820D0BE"/>
    <w:lvl w:ilvl="0" w:tplc="B9AC954A">
      <w:numFmt w:val="bullet"/>
      <w:lvlText w:val="•"/>
      <w:lvlJc w:val="left"/>
      <w:pPr>
        <w:ind w:left="502" w:hanging="360"/>
      </w:pPr>
      <w:rPr>
        <w:rFonts w:ascii="Times New Roman" w:eastAsiaTheme="minorEastAsia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7D6D39"/>
    <w:multiLevelType w:val="hybridMultilevel"/>
    <w:tmpl w:val="90A23D68"/>
    <w:lvl w:ilvl="0" w:tplc="B9AC954A">
      <w:numFmt w:val="bullet"/>
      <w:lvlText w:val="•"/>
      <w:lvlJc w:val="left"/>
      <w:pPr>
        <w:ind w:left="502" w:hanging="360"/>
      </w:pPr>
      <w:rPr>
        <w:rFonts w:ascii="Times New Roman" w:eastAsiaTheme="minorEastAsia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345E3D2B"/>
    <w:multiLevelType w:val="hybridMultilevel"/>
    <w:tmpl w:val="A0C89D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3C4CBA"/>
    <w:multiLevelType w:val="hybridMultilevel"/>
    <w:tmpl w:val="78BEA7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B94BD4"/>
    <w:multiLevelType w:val="hybridMultilevel"/>
    <w:tmpl w:val="B058D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C5923"/>
    <w:multiLevelType w:val="hybridMultilevel"/>
    <w:tmpl w:val="C6D80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BE4D2F"/>
    <w:multiLevelType w:val="hybridMultilevel"/>
    <w:tmpl w:val="B7A60F00"/>
    <w:lvl w:ilvl="0" w:tplc="04190001">
      <w:start w:val="1"/>
      <w:numFmt w:val="bullet"/>
      <w:lvlText w:val=""/>
      <w:lvlJc w:val="left"/>
      <w:pPr>
        <w:ind w:left="8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20" w15:restartNumberingAfterBreak="0">
    <w:nsid w:val="64FE243E"/>
    <w:multiLevelType w:val="hybridMultilevel"/>
    <w:tmpl w:val="4606D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BF4244"/>
    <w:multiLevelType w:val="hybridMultilevel"/>
    <w:tmpl w:val="CCB279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620869"/>
    <w:multiLevelType w:val="hybridMultilevel"/>
    <w:tmpl w:val="B6161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220A43"/>
    <w:multiLevelType w:val="hybridMultilevel"/>
    <w:tmpl w:val="B2841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7"/>
  </w:num>
  <w:num w:numId="11">
    <w:abstractNumId w:val="11"/>
  </w:num>
  <w:num w:numId="12">
    <w:abstractNumId w:val="18"/>
  </w:num>
  <w:num w:numId="13">
    <w:abstractNumId w:val="9"/>
  </w:num>
  <w:num w:numId="14">
    <w:abstractNumId w:val="22"/>
  </w:num>
  <w:num w:numId="15">
    <w:abstractNumId w:val="10"/>
  </w:num>
  <w:num w:numId="16">
    <w:abstractNumId w:val="21"/>
  </w:num>
  <w:num w:numId="17">
    <w:abstractNumId w:val="14"/>
  </w:num>
  <w:num w:numId="18">
    <w:abstractNumId w:val="13"/>
  </w:num>
  <w:num w:numId="19">
    <w:abstractNumId w:val="15"/>
  </w:num>
  <w:num w:numId="20">
    <w:abstractNumId w:val="23"/>
  </w:num>
  <w:num w:numId="21">
    <w:abstractNumId w:val="16"/>
  </w:num>
  <w:num w:numId="22">
    <w:abstractNumId w:val="20"/>
  </w:num>
  <w:num w:numId="23">
    <w:abstractNumId w:val="12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2ADE"/>
    <w:rsid w:val="00034616"/>
    <w:rsid w:val="0006063C"/>
    <w:rsid w:val="000955E1"/>
    <w:rsid w:val="000A1763"/>
    <w:rsid w:val="000D0222"/>
    <w:rsid w:val="001226FA"/>
    <w:rsid w:val="0015074B"/>
    <w:rsid w:val="001508C1"/>
    <w:rsid w:val="00151247"/>
    <w:rsid w:val="001603CC"/>
    <w:rsid w:val="00187145"/>
    <w:rsid w:val="001B31F1"/>
    <w:rsid w:val="001C5E3E"/>
    <w:rsid w:val="001D036B"/>
    <w:rsid w:val="00281187"/>
    <w:rsid w:val="00294BCB"/>
    <w:rsid w:val="0029639D"/>
    <w:rsid w:val="002C712B"/>
    <w:rsid w:val="002D038A"/>
    <w:rsid w:val="00326F90"/>
    <w:rsid w:val="00332DE8"/>
    <w:rsid w:val="0033681F"/>
    <w:rsid w:val="003A6A14"/>
    <w:rsid w:val="003D5FC9"/>
    <w:rsid w:val="003E7B4A"/>
    <w:rsid w:val="00421D3F"/>
    <w:rsid w:val="00434063"/>
    <w:rsid w:val="00486CC0"/>
    <w:rsid w:val="00495DEF"/>
    <w:rsid w:val="00511809"/>
    <w:rsid w:val="0059356D"/>
    <w:rsid w:val="00593663"/>
    <w:rsid w:val="00594800"/>
    <w:rsid w:val="005B353D"/>
    <w:rsid w:val="005D1C03"/>
    <w:rsid w:val="00637B0B"/>
    <w:rsid w:val="00751223"/>
    <w:rsid w:val="00762D3F"/>
    <w:rsid w:val="007C456B"/>
    <w:rsid w:val="007D3698"/>
    <w:rsid w:val="007E309E"/>
    <w:rsid w:val="008129FF"/>
    <w:rsid w:val="008A4733"/>
    <w:rsid w:val="008C1746"/>
    <w:rsid w:val="008E55D4"/>
    <w:rsid w:val="008F0C93"/>
    <w:rsid w:val="0092477C"/>
    <w:rsid w:val="00937142"/>
    <w:rsid w:val="0094179B"/>
    <w:rsid w:val="00971CBF"/>
    <w:rsid w:val="00972B2A"/>
    <w:rsid w:val="009B1A5F"/>
    <w:rsid w:val="009B57B3"/>
    <w:rsid w:val="009E5631"/>
    <w:rsid w:val="00A61B83"/>
    <w:rsid w:val="00A675EC"/>
    <w:rsid w:val="00A73FBD"/>
    <w:rsid w:val="00A97BAE"/>
    <w:rsid w:val="00AA1D8D"/>
    <w:rsid w:val="00AD6CCB"/>
    <w:rsid w:val="00B065F6"/>
    <w:rsid w:val="00B47730"/>
    <w:rsid w:val="00B81D9E"/>
    <w:rsid w:val="00BA48E8"/>
    <w:rsid w:val="00BB55FA"/>
    <w:rsid w:val="00BF7C20"/>
    <w:rsid w:val="00C324E7"/>
    <w:rsid w:val="00C45D2E"/>
    <w:rsid w:val="00CA6ACD"/>
    <w:rsid w:val="00CB0664"/>
    <w:rsid w:val="00CF0425"/>
    <w:rsid w:val="00D048D6"/>
    <w:rsid w:val="00D06683"/>
    <w:rsid w:val="00D25FEF"/>
    <w:rsid w:val="00D43CAA"/>
    <w:rsid w:val="00D44E86"/>
    <w:rsid w:val="00DB2112"/>
    <w:rsid w:val="00DC1D90"/>
    <w:rsid w:val="00E27DA7"/>
    <w:rsid w:val="00E44B7C"/>
    <w:rsid w:val="00E77836"/>
    <w:rsid w:val="00EC408D"/>
    <w:rsid w:val="00EE4300"/>
    <w:rsid w:val="00EE55D6"/>
    <w:rsid w:val="00F45A91"/>
    <w:rsid w:val="00F6669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91D2C5"/>
  <w14:defaultImageDpi w14:val="300"/>
  <w15:docId w15:val="{DAB97FF6-369F-4AE2-933C-476332A73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A675EC"/>
    <w:pPr>
      <w:spacing w:after="40" w:line="240" w:lineRule="auto"/>
    </w:pPr>
    <w:rPr>
      <w:rFonts w:ascii="Arial" w:hAnsi="Arial"/>
      <w:sz w:val="17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ogType">
    <w:name w:val="Prog Type"/>
    <w:pPr>
      <w:spacing w:after="40" w:line="240" w:lineRule="auto"/>
    </w:pPr>
    <w:rPr>
      <w:rFonts w:ascii="Arial" w:hAnsi="Arial"/>
      <w:b/>
      <w:sz w:val="18"/>
    </w:rPr>
  </w:style>
  <w:style w:type="paragraph" w:customStyle="1" w:styleId="ProgTitle">
    <w:name w:val="Prog Title"/>
    <w:pPr>
      <w:spacing w:after="40" w:line="240" w:lineRule="auto"/>
    </w:pPr>
    <w:rPr>
      <w:rFonts w:ascii="Arial" w:hAnsi="Arial"/>
      <w:b/>
      <w:sz w:val="20"/>
    </w:rPr>
  </w:style>
  <w:style w:type="paragraph" w:customStyle="1" w:styleId="ProgLabel">
    <w:name w:val="Prog Label"/>
    <w:pPr>
      <w:spacing w:after="40" w:line="240" w:lineRule="auto"/>
    </w:pPr>
    <w:rPr>
      <w:rFonts w:ascii="Arial" w:hAnsi="Arial"/>
      <w:b/>
      <w:sz w:val="17"/>
    </w:rPr>
  </w:style>
  <w:style w:type="paragraph" w:customStyle="1" w:styleId="ProgBody">
    <w:name w:val="Prog Body"/>
    <w:pPr>
      <w:spacing w:after="40" w:line="240" w:lineRule="auto"/>
    </w:pPr>
    <w:rPr>
      <w:rFonts w:ascii="Arial" w:hAnsi="Arial"/>
      <w:sz w:val="17"/>
    </w:rPr>
  </w:style>
  <w:style w:type="paragraph" w:styleId="aff8">
    <w:name w:val="Balloon Text"/>
    <w:basedOn w:val="a1"/>
    <w:link w:val="aff9"/>
    <w:uiPriority w:val="99"/>
    <w:semiHidden/>
    <w:unhideWhenUsed/>
    <w:rsid w:val="0075122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7512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97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740B785-5778-4A09-9EF0-34FB1BC60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2318</Words>
  <Characters>13217</Characters>
  <Application>Microsoft Office Word</Application>
  <DocSecurity>0</DocSecurity>
  <Lines>110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Liss-A</cp:lastModifiedBy>
  <cp:revision>3</cp:revision>
  <cp:lastPrinted>2026-10-07T14:01:00Z</cp:lastPrinted>
  <dcterms:created xsi:type="dcterms:W3CDTF">2026-10-08T05:44:00Z</dcterms:created>
  <dcterms:modified xsi:type="dcterms:W3CDTF">2026-10-08T06:24:00Z</dcterms:modified>
</cp:coreProperties>
</file>